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57F1" w14:textId="77777777" w:rsidR="003159E1" w:rsidRPr="00E55D3C" w:rsidRDefault="002F18C4">
      <w:pPr>
        <w:jc w:val="right"/>
        <w:rPr>
          <w:sz w:val="20"/>
          <w:szCs w:val="20"/>
        </w:rPr>
      </w:pPr>
      <w:r w:rsidRPr="00E55D3C">
        <w:rPr>
          <w:sz w:val="20"/>
          <w:szCs w:val="20"/>
        </w:rPr>
        <w:t>.....................................................</w:t>
      </w:r>
    </w:p>
    <w:p w14:paraId="507E81FB" w14:textId="77777777" w:rsidR="003159E1" w:rsidRPr="00E55D3C" w:rsidRDefault="002F18C4">
      <w:pPr>
        <w:jc w:val="right"/>
        <w:rPr>
          <w:sz w:val="20"/>
          <w:szCs w:val="20"/>
        </w:rPr>
      </w:pPr>
      <w:r w:rsidRPr="00E55D3C">
        <w:rPr>
          <w:sz w:val="20"/>
          <w:szCs w:val="20"/>
        </w:rPr>
        <w:t>(miejscowość i data)</w:t>
      </w:r>
    </w:p>
    <w:p w14:paraId="204D5453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b/>
          <w:sz w:val="20"/>
          <w:szCs w:val="20"/>
        </w:rPr>
        <w:t>WNIOSEK</w:t>
      </w:r>
    </w:p>
    <w:p w14:paraId="51A8BB55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sz w:val="20"/>
          <w:szCs w:val="20"/>
        </w:rPr>
        <w:t>do ................................................</w:t>
      </w:r>
    </w:p>
    <w:p w14:paraId="51279B26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i/>
          <w:sz w:val="20"/>
          <w:szCs w:val="20"/>
        </w:rPr>
        <w:t>(ministra właściwego do spraw środowiska, marszałka województwa*)</w:t>
      </w:r>
    </w:p>
    <w:p w14:paraId="7777D086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sz w:val="20"/>
          <w:szCs w:val="20"/>
        </w:rPr>
        <w:t xml:space="preserve">o zawarcie umowy na korzystanie z informacji </w:t>
      </w:r>
      <w:r w:rsidRPr="00E55D3C">
        <w:rPr>
          <w:sz w:val="20"/>
          <w:szCs w:val="20"/>
        </w:rPr>
        <w:t>geologicznej</w:t>
      </w:r>
    </w:p>
    <w:p w14:paraId="20252548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4A87AF12" w14:textId="4DF3E1AA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DANE WNIOSKODAWCY</w:t>
      </w:r>
    </w:p>
    <w:p w14:paraId="5254324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1. Imię i nazwisko/nazwa:* .........................................................................................................</w:t>
      </w:r>
    </w:p>
    <w:p w14:paraId="0318FD5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</w:t>
      </w:r>
    </w:p>
    <w:p w14:paraId="70BB097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2. Adres zamieszkania / adres siedziby:* ........................................................................................</w:t>
      </w:r>
    </w:p>
    <w:p w14:paraId="5267939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</w:t>
      </w:r>
    </w:p>
    <w:p w14:paraId="6A960BF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3. Numer PESEL/numer KRS/numer NIP:* ........................................................................................</w:t>
      </w:r>
    </w:p>
    <w:p w14:paraId="1955726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4. Numer dokumentu tożsamości (dotyczy o</w:t>
      </w:r>
      <w:r w:rsidRPr="00E55D3C">
        <w:rPr>
          <w:sz w:val="20"/>
          <w:szCs w:val="20"/>
        </w:rPr>
        <w:t>sób fizycznych): .................................................................</w:t>
      </w:r>
    </w:p>
    <w:p w14:paraId="7E1275F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5. Adres do korespondencji: .......................................................................................................</w:t>
      </w:r>
    </w:p>
    <w:p w14:paraId="25446670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................................................................................................................</w:t>
      </w:r>
    </w:p>
    <w:p w14:paraId="4C1AAB2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6. Numer telefonu kontaktowego: ................................................................................................</w:t>
      </w:r>
    </w:p>
    <w:p w14:paraId="3624060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7. Adres e-mai</w:t>
      </w:r>
      <w:r w:rsidRPr="00E55D3C">
        <w:rPr>
          <w:sz w:val="20"/>
          <w:szCs w:val="20"/>
        </w:rPr>
        <w:t>l do korespondencji: ..........................................................................................</w:t>
      </w:r>
    </w:p>
    <w:p w14:paraId="3340B3D4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1F0809BF" w14:textId="4C13EB8F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OPIS INFORMACJI GEOLOGICZNEJ</w:t>
      </w:r>
    </w:p>
    <w:p w14:paraId="126A97A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Informacja geologiczna dotyczy:</w:t>
      </w:r>
    </w:p>
    <w:p w14:paraId="1E482B5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złoża kopaliny ..................................................................</w:t>
      </w:r>
      <w:r w:rsidRPr="00E55D3C">
        <w:rPr>
          <w:sz w:val="20"/>
          <w:szCs w:val="20"/>
        </w:rPr>
        <w:t>..............................................</w:t>
      </w:r>
    </w:p>
    <w:p w14:paraId="51B3B4B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przestrzeni podziemnego bezzbiornikowego magazynowania substancji, przestrzeni</w:t>
      </w:r>
    </w:p>
    <w:p w14:paraId="7628EA4E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podziemnego składowania odpadów lub przestrzeni podziemnego składowania dwutlenku</w:t>
      </w:r>
    </w:p>
    <w:p w14:paraId="1AB1AF0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węgla ..................................</w:t>
      </w:r>
      <w:r w:rsidRPr="00E55D3C">
        <w:rPr>
          <w:sz w:val="20"/>
          <w:szCs w:val="20"/>
        </w:rPr>
        <w:t>......................................................................</w:t>
      </w:r>
    </w:p>
    <w:p w14:paraId="2D940FE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ujęcia wód podziemnych ....................................................................................................</w:t>
      </w:r>
    </w:p>
    <w:p w14:paraId="24322C5E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□ rekonstrukcji zlikwidowanych otworów wiertniczych w celu </w:t>
      </w:r>
      <w:r w:rsidRPr="00E55D3C">
        <w:rPr>
          <w:sz w:val="20"/>
          <w:szCs w:val="20"/>
        </w:rPr>
        <w:t>wykorzystania ciepła Ziemi</w:t>
      </w:r>
    </w:p>
    <w:p w14:paraId="33DCCEC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......................................................................................................................................................</w:t>
      </w:r>
    </w:p>
    <w:p w14:paraId="38F50D0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Informacja geologiczna jest zawarta w:</w:t>
      </w:r>
    </w:p>
    <w:p w14:paraId="2C014E2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□ dokumentacji </w:t>
      </w:r>
      <w:r w:rsidRPr="00E55D3C">
        <w:rPr>
          <w:sz w:val="20"/>
          <w:szCs w:val="20"/>
        </w:rPr>
        <w:t>geologicznej złoża kopaliny** .....................................................................................</w:t>
      </w:r>
    </w:p>
    <w:p w14:paraId="4920507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z .................. r., zatwierdzonej decyzją / przyjętej zawiadomieniem ....................................................</w:t>
      </w:r>
    </w:p>
    <w:p w14:paraId="77BBA95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</w:t>
      </w:r>
      <w:r w:rsidRPr="00E55D3C">
        <w:rPr>
          <w:sz w:val="20"/>
          <w:szCs w:val="20"/>
        </w:rPr>
        <w:t>....................................................................... z dnia ...................................., znak: ..........................</w:t>
      </w:r>
    </w:p>
    <w:p w14:paraId="755C4CB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dokumentacji hydrogeologicznej** .......................................................................</w:t>
      </w:r>
      <w:r w:rsidRPr="00E55D3C">
        <w:rPr>
          <w:sz w:val="20"/>
          <w:szCs w:val="20"/>
        </w:rPr>
        <w:t>....................</w:t>
      </w:r>
    </w:p>
    <w:p w14:paraId="70F7E7B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z .................. r., zatwierdzonej decyzją / przyjętej zawiadomieniem ....................................................</w:t>
      </w:r>
    </w:p>
    <w:p w14:paraId="71812C3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 z dnia ................</w:t>
      </w:r>
      <w:r w:rsidRPr="00E55D3C">
        <w:rPr>
          <w:sz w:val="20"/>
          <w:szCs w:val="20"/>
        </w:rPr>
        <w:t>...................., znak: ..........................</w:t>
      </w:r>
    </w:p>
    <w:p w14:paraId="038A715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dokumentacji geologiczno-inżynierskiej** ..................................................................................</w:t>
      </w:r>
    </w:p>
    <w:p w14:paraId="712A8FA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z .................. r., zatwierdzonej decyzją / przyjętej zawiadomienie</w:t>
      </w:r>
      <w:r w:rsidRPr="00E55D3C">
        <w:rPr>
          <w:sz w:val="20"/>
          <w:szCs w:val="20"/>
        </w:rPr>
        <w:t>m ....................................................</w:t>
      </w:r>
    </w:p>
    <w:p w14:paraId="08D53E2E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 z dnia ...................................., znak: ..........................</w:t>
      </w:r>
    </w:p>
    <w:p w14:paraId="77BF15CB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próbce geologicznej**</w:t>
      </w:r>
    </w:p>
    <w:p w14:paraId="78B3F79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- nazwa otworu</w:t>
      </w:r>
      <w:r w:rsidRPr="00E55D3C">
        <w:rPr>
          <w:sz w:val="20"/>
          <w:szCs w:val="20"/>
        </w:rPr>
        <w:t xml:space="preserve"> oraz głębokość pobrania próbki: .............................................................................</w:t>
      </w:r>
    </w:p>
    <w:p w14:paraId="2B2E5CF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</w:t>
      </w:r>
    </w:p>
    <w:p w14:paraId="2CB0FBA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- próbka/próbka okruchowa sucha albo mokra / próbka rdzenika bocznego*</w:t>
      </w:r>
    </w:p>
    <w:p w14:paraId="1CB2BE3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□ zbiorze danych geologicznych** </w:t>
      </w:r>
      <w:r w:rsidRPr="00E55D3C">
        <w:rPr>
          <w:sz w:val="20"/>
          <w:szCs w:val="20"/>
        </w:rPr>
        <w:t>.............................................................................................</w:t>
      </w:r>
    </w:p>
    <w:p w14:paraId="1037EC3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......................................................................................................................................................</w:t>
      </w:r>
    </w:p>
    <w:p w14:paraId="254C9C74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4C6DE893" w14:textId="543F8E8D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RODZAJ I</w:t>
      </w:r>
      <w:r w:rsidRPr="00E55D3C">
        <w:rPr>
          <w:sz w:val="20"/>
          <w:szCs w:val="20"/>
        </w:rPr>
        <w:t xml:space="preserve"> FORMA INFORMACJI GEOLOGICZNEJ</w:t>
      </w:r>
    </w:p>
    <w:p w14:paraId="2F802D2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dokument geologiczny w postaci papierowej albo elektronicznej*</w:t>
      </w:r>
    </w:p>
    <w:p w14:paraId="63507A7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zbiór danych geologicznych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0"/>
        <w:gridCol w:w="5210"/>
      </w:tblGrid>
      <w:tr w:rsidR="003159E1" w:rsidRPr="00E55D3C" w14:paraId="67F9AB80" w14:textId="77777777">
        <w:trPr>
          <w:jc w:val="center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36DF" w14:textId="77777777" w:rsidR="003159E1" w:rsidRPr="00E55D3C" w:rsidRDefault="002F18C4">
            <w:pPr>
              <w:rPr>
                <w:sz w:val="20"/>
                <w:szCs w:val="20"/>
              </w:rPr>
            </w:pPr>
            <w:r w:rsidRPr="00E55D3C">
              <w:rPr>
                <w:sz w:val="20"/>
                <w:szCs w:val="20"/>
              </w:rPr>
              <w:t>- forma analogowa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0C45A" w14:textId="77777777" w:rsidR="003159E1" w:rsidRPr="00E55D3C" w:rsidRDefault="002F18C4">
            <w:pPr>
              <w:rPr>
                <w:sz w:val="20"/>
                <w:szCs w:val="20"/>
              </w:rPr>
            </w:pPr>
            <w:r w:rsidRPr="00E55D3C">
              <w:rPr>
                <w:sz w:val="20"/>
                <w:szCs w:val="20"/>
              </w:rPr>
              <w:t>- forma cyfrowa*</w:t>
            </w:r>
          </w:p>
        </w:tc>
      </w:tr>
    </w:tbl>
    <w:p w14:paraId="2ACA21D2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7035429C" w14:textId="071AD0D5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MIEJSCE PRZECHOWYWANIA INFORMACJI GEOLOGICZNEJ</w:t>
      </w:r>
    </w:p>
    <w:p w14:paraId="4649573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□ Centralne Archiwum Geologiczne </w:t>
      </w:r>
      <w:r w:rsidRPr="00E55D3C">
        <w:rPr>
          <w:sz w:val="20"/>
          <w:szCs w:val="20"/>
        </w:rPr>
        <w:t>............................................................................................</w:t>
      </w:r>
    </w:p>
    <w:p w14:paraId="06A33B8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Wojewódzkie Archiwum Geologiczne w ................................................................................</w:t>
      </w:r>
    </w:p>
    <w:p w14:paraId="3F2FC1D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Powiatowe Archiwum Geologiczne w ..........</w:t>
      </w:r>
      <w:r w:rsidRPr="00E55D3C">
        <w:rPr>
          <w:sz w:val="20"/>
          <w:szCs w:val="20"/>
        </w:rPr>
        <w:t>........................................................................</w:t>
      </w:r>
    </w:p>
    <w:p w14:paraId="262C7BD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inne archiwa: ................................................................................................................</w:t>
      </w:r>
    </w:p>
    <w:p w14:paraId="7BB40CD8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139706E7" w14:textId="27802FBC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LOKALIZACJA OBSZARU, KTÓREGO DOTYCZY INFORMACJA GEOLOG</w:t>
      </w:r>
      <w:r w:rsidRPr="00E55D3C">
        <w:rPr>
          <w:sz w:val="20"/>
          <w:szCs w:val="20"/>
        </w:rPr>
        <w:t>ICZNA</w:t>
      </w:r>
    </w:p>
    <w:p w14:paraId="23F076B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- województwo: ..............................................................................................................</w:t>
      </w:r>
    </w:p>
    <w:p w14:paraId="5B06A65D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- powiat: ..................................................................................................................</w:t>
      </w:r>
      <w:r w:rsidRPr="00E55D3C">
        <w:rPr>
          <w:sz w:val="20"/>
          <w:szCs w:val="20"/>
        </w:rPr>
        <w:t>....</w:t>
      </w:r>
    </w:p>
    <w:p w14:paraId="292928D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- gmina: .......................................................................................................................</w:t>
      </w:r>
    </w:p>
    <w:p w14:paraId="66262811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2B11490E" w14:textId="5B187589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INFORMACJA O STANIE ZAGOSPODAROWANIA ZŁOŻA KOPALINY,</w:t>
      </w:r>
    </w:p>
    <w:p w14:paraId="512C5C5A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b/>
          <w:sz w:val="20"/>
          <w:szCs w:val="20"/>
        </w:rPr>
        <w:t>PRZESTRZENI PODZIEMNEGO BEZZBIORNIKOWEGO MAGAZYNOWANIA SUBSTANCJI, PR</w:t>
      </w:r>
      <w:r w:rsidRPr="00E55D3C">
        <w:rPr>
          <w:b/>
          <w:sz w:val="20"/>
          <w:szCs w:val="20"/>
        </w:rPr>
        <w:t>ZESTRZENI PODZIEMNEGO SKŁADOWANIA ODPADÓW,</w:t>
      </w:r>
    </w:p>
    <w:p w14:paraId="2DDFC05D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b/>
          <w:sz w:val="20"/>
          <w:szCs w:val="20"/>
        </w:rPr>
        <w:t>PRZESTRZENI PODZIEMNEGO SKŁADOWANIA DWUTLENKU WĘGLA, UJĘCIA WÓD PODZIEMNYCH ALBO REKONSTRUKCJI ZLIKWIDOWANYCH</w:t>
      </w:r>
    </w:p>
    <w:p w14:paraId="7BE37730" w14:textId="77777777" w:rsidR="003159E1" w:rsidRPr="00E55D3C" w:rsidRDefault="002F18C4">
      <w:pPr>
        <w:jc w:val="center"/>
        <w:rPr>
          <w:sz w:val="20"/>
          <w:szCs w:val="20"/>
        </w:rPr>
      </w:pPr>
      <w:r w:rsidRPr="00E55D3C">
        <w:rPr>
          <w:b/>
          <w:sz w:val="20"/>
          <w:szCs w:val="20"/>
        </w:rPr>
        <w:t>OTWORÓW WIERTNICZYCH W CELU WYKORZYSTANIA CIEPŁA ZIEMI</w:t>
      </w:r>
    </w:p>
    <w:p w14:paraId="6060709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................................................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</w:t>
      </w:r>
    </w:p>
    <w:p w14:paraId="6ECCFA6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759DFEB4" w14:textId="77777777" w:rsidR="00E55D3C" w:rsidRP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48AED9D8" w14:textId="0D78FD67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CE</w:t>
      </w:r>
      <w:r w:rsidRPr="00E55D3C">
        <w:rPr>
          <w:sz w:val="20"/>
          <w:szCs w:val="20"/>
        </w:rPr>
        <w:t>L KORZYSTANIA Z INFORMACJI GEOLOGICZNEJ</w:t>
      </w:r>
    </w:p>
    <w:p w14:paraId="76E815B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celu wykonywania działalności w zakresie</w:t>
      </w:r>
    </w:p>
    <w:p w14:paraId="409552E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wydobywania kopalin ze złóż na potrzeby:</w:t>
      </w:r>
    </w:p>
    <w:p w14:paraId="3B99A6C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uzyskania koncesji na wydobywanie kopaliny ze złoża ...................................</w:t>
      </w:r>
      <w:r w:rsidRPr="00E55D3C">
        <w:rPr>
          <w:sz w:val="20"/>
          <w:szCs w:val="20"/>
        </w:rPr>
        <w:t>............................</w:t>
      </w:r>
    </w:p>
    <w:p w14:paraId="10A10C9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0D6D024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zmiany koncesji na wydobywanie kopaliny ze złoża (w jakim zakresie)</w:t>
      </w:r>
    </w:p>
    <w:p w14:paraId="29FE311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17AD4500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przeniesienia koncesji na wydobywanie kopaliny ze złoża .........................................</w:t>
      </w:r>
      <w:r w:rsidRPr="00E55D3C">
        <w:rPr>
          <w:sz w:val="20"/>
          <w:szCs w:val="20"/>
        </w:rPr>
        <w:t>....................</w:t>
      </w:r>
    </w:p>
    <w:p w14:paraId="6D3CD31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517AD4C6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</w:t>
      </w:r>
      <w:r w:rsidRPr="00E55D3C">
        <w:rPr>
          <w:sz w:val="20"/>
          <w:szCs w:val="20"/>
        </w:rPr>
        <w:t>j* oraz</w:t>
      </w:r>
    </w:p>
    <w:p w14:paraId="70418B6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uzyskania koncesji na wydobywanie kopaliny ze złoża .........................................................</w:t>
      </w:r>
    </w:p>
    <w:p w14:paraId="1D8E596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........................</w:t>
      </w:r>
    </w:p>
    <w:p w14:paraId="79084324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geologicznej* oraz</w:t>
      </w:r>
    </w:p>
    <w:p w14:paraId="4D04B8E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zmiany koncesji na wydobywanie kopaliny ze złoża (w jakim zakresie) .....................................</w:t>
      </w:r>
    </w:p>
    <w:p w14:paraId="49368DC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</w:t>
      </w:r>
    </w:p>
    <w:p w14:paraId="4CEAAC11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celu wydobywania węglowodorów ze złóż</w:t>
      </w:r>
    </w:p>
    <w:p w14:paraId="61D7E3A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w czasie trwania fazy wydobywania na potrzeby:</w:t>
      </w:r>
    </w:p>
    <w:p w14:paraId="3245C248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uzyskania decyzji inwestycyjnej dla złoża węglowodorów ........................................................</w:t>
      </w:r>
      <w:r w:rsidRPr="00E55D3C">
        <w:rPr>
          <w:sz w:val="20"/>
          <w:szCs w:val="20"/>
        </w:rPr>
        <w:t>..........</w:t>
      </w:r>
    </w:p>
    <w:p w14:paraId="393B0F9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29D2AA24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 xml:space="preserve">□ zmiany decyzji inwestycyjnej dla złoża węglowodorów (w jakim zakresie) </w:t>
      </w:r>
      <w:r w:rsidRPr="00E55D3C">
        <w:rPr>
          <w:sz w:val="20"/>
          <w:szCs w:val="20"/>
        </w:rPr>
        <w:t>...........................................</w:t>
      </w:r>
    </w:p>
    <w:p w14:paraId="11D5F21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57B4E2A6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przeniesienia koncesji łącznej na poszukiwanie i rozp</w:t>
      </w:r>
      <w:r w:rsidRPr="00E55D3C">
        <w:rPr>
          <w:sz w:val="20"/>
          <w:szCs w:val="20"/>
        </w:rPr>
        <w:t>oznawanie złoża węglowodorów</w:t>
      </w:r>
    </w:p>
    <w:p w14:paraId="5167DE0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oraz wydobywanie węglowodorów ze złoża w czasie trwania fazy wydobywania .............................</w:t>
      </w:r>
    </w:p>
    <w:p w14:paraId="18BDD00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......................................</w:t>
      </w:r>
    </w:p>
    <w:p w14:paraId="44E3087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geologiczno-inwestycyjnej / dokumentacji</w:t>
      </w:r>
    </w:p>
    <w:p w14:paraId="54C9A31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geologiczno-inwestycyjnej* oraz uzyskania decyzji inwestycyjnej dla złoża węglowodorów</w:t>
      </w:r>
    </w:p>
    <w:p w14:paraId="5682709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................................................................................................................</w:t>
      </w:r>
    </w:p>
    <w:p w14:paraId="652706E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</w:t>
      </w:r>
    </w:p>
    <w:p w14:paraId="2540E440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geologiczno-inwestycyjnej / dokumentacji</w:t>
      </w:r>
    </w:p>
    <w:p w14:paraId="4581294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geologiczno-inwestycyjnej* oraz zmiany decyzji inwestycyjnej dla złoża węglowodorów</w:t>
      </w:r>
    </w:p>
    <w:p w14:paraId="0719E50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(w jakim zakresie) ...............................................</w:t>
      </w:r>
      <w:r w:rsidRPr="00E55D3C">
        <w:rPr>
          <w:sz w:val="20"/>
          <w:szCs w:val="20"/>
        </w:rPr>
        <w:t>............................................</w:t>
      </w:r>
    </w:p>
    <w:p w14:paraId="07735180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6E0A51D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celu wykonyw</w:t>
      </w:r>
      <w:r w:rsidRPr="00E55D3C">
        <w:rPr>
          <w:sz w:val="20"/>
          <w:szCs w:val="20"/>
        </w:rPr>
        <w:t>ania działalności w zakresie</w:t>
      </w:r>
    </w:p>
    <w:p w14:paraId="1CF1D99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podziemnego bezzbiornikowego magazynowania substancji na potrzeby:</w:t>
      </w:r>
    </w:p>
    <w:p w14:paraId="0534D903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uzyskania koncesji na podziemne bezzbiornikowe magazynowanie substancji ...................................</w:t>
      </w:r>
    </w:p>
    <w:p w14:paraId="5775FE30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.............................................................................................................</w:t>
      </w:r>
    </w:p>
    <w:p w14:paraId="64A556D2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zmiany koncesji na podziemne bezzbiornikowe magazynowanie substancji (w jakim</w:t>
      </w:r>
    </w:p>
    <w:p w14:paraId="360098E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zakresie) ..................................................</w:t>
      </w:r>
      <w:r w:rsidRPr="00E55D3C">
        <w:rPr>
          <w:sz w:val="20"/>
          <w:szCs w:val="20"/>
        </w:rPr>
        <w:t>.............................................................</w:t>
      </w:r>
    </w:p>
    <w:p w14:paraId="4FF6648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3A7B78F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lastRenderedPageBreak/>
        <w:t>□ przeniesienia koncesji na podziemne</w:t>
      </w:r>
      <w:r w:rsidRPr="00E55D3C">
        <w:rPr>
          <w:sz w:val="20"/>
          <w:szCs w:val="20"/>
        </w:rPr>
        <w:t xml:space="preserve"> bezzbiornikowe magazynowanie substancji ...............................</w:t>
      </w:r>
    </w:p>
    <w:p w14:paraId="2DDD7BF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24E9AED0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 xml:space="preserve">□ sporządzenia </w:t>
      </w:r>
      <w:r w:rsidRPr="00E55D3C">
        <w:rPr>
          <w:sz w:val="20"/>
          <w:szCs w:val="20"/>
        </w:rPr>
        <w:t>dodatku do dokumentacji geologicznej / dokumentacji geologicznej* oraz</w:t>
      </w:r>
    </w:p>
    <w:p w14:paraId="33E4339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uzyskania koncesji na podziemne bezzbiornikowe magazynowanie substancji ....................................</w:t>
      </w:r>
    </w:p>
    <w:p w14:paraId="549CBD8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</w:t>
      </w:r>
    </w:p>
    <w:p w14:paraId="1C20371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geologicznej* oraz</w:t>
      </w:r>
    </w:p>
    <w:p w14:paraId="1AEF478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zmiany koncesji na podziemne bezzbiornikowe magazynowanie substancji (w jakim</w:t>
      </w:r>
      <w:r w:rsidRPr="00E55D3C">
        <w:rPr>
          <w:sz w:val="20"/>
          <w:szCs w:val="20"/>
        </w:rPr>
        <w:t xml:space="preserve"> zakresie)</w:t>
      </w:r>
    </w:p>
    <w:p w14:paraId="6897C06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20BD691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celu wykonywania działalności w zakresie</w:t>
      </w:r>
    </w:p>
    <w:p w14:paraId="1D75753E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po</w:t>
      </w:r>
      <w:r w:rsidRPr="00E55D3C">
        <w:rPr>
          <w:sz w:val="20"/>
          <w:szCs w:val="20"/>
        </w:rPr>
        <w:t>dziemnego składowania odpadów na potrzeby:</w:t>
      </w:r>
    </w:p>
    <w:p w14:paraId="3E1F95DA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uzyskania koncesji na podziemne składowanie odpadów ......................................................................</w:t>
      </w:r>
    </w:p>
    <w:p w14:paraId="5CC4AD3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</w:t>
      </w:r>
    </w:p>
    <w:p w14:paraId="00366C88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zmiany koncesji na podziemne składowanie odpadów (w jakim zakresie) ..............................................</w:t>
      </w:r>
    </w:p>
    <w:p w14:paraId="42EE447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</w:t>
      </w:r>
    </w:p>
    <w:p w14:paraId="49C4953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przeniesienia koncesji na podziemne składowanie odpadów ..................................................................</w:t>
      </w:r>
    </w:p>
    <w:p w14:paraId="159E4CD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................................................................................................................</w:t>
      </w:r>
    </w:p>
    <w:p w14:paraId="74F74586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geologicznej* oraz</w:t>
      </w:r>
    </w:p>
    <w:p w14:paraId="4D3308F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uzyskania koncesji na podziemne składowanie odpadów</w:t>
      </w:r>
      <w:r w:rsidRPr="00E55D3C">
        <w:rPr>
          <w:sz w:val="20"/>
          <w:szCs w:val="20"/>
        </w:rPr>
        <w:t xml:space="preserve"> ...............................................................</w:t>
      </w:r>
    </w:p>
    <w:p w14:paraId="39EB92C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1D6A5B65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</w:t>
      </w:r>
      <w:r w:rsidRPr="00E55D3C">
        <w:rPr>
          <w:sz w:val="20"/>
          <w:szCs w:val="20"/>
        </w:rPr>
        <w:t>acji geologicznej / dokumentacji geologicznej* oraz</w:t>
      </w:r>
    </w:p>
    <w:p w14:paraId="144104A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zmiany koncesji na podziemne składowanie odpadów (w jakim zakresie) .........................................</w:t>
      </w:r>
    </w:p>
    <w:p w14:paraId="1D5BBDF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</w:t>
      </w:r>
    </w:p>
    <w:p w14:paraId="6393F4B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celu wykonywania działalności w zakresie</w:t>
      </w:r>
    </w:p>
    <w:p w14:paraId="3E1FE29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podziemnego składowania dwutlenku węgla na potrzeby:</w:t>
      </w:r>
    </w:p>
    <w:p w14:paraId="68450AC8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uzyskania koncesji na podziemne składowanie dw</w:t>
      </w:r>
      <w:r w:rsidRPr="00E55D3C">
        <w:rPr>
          <w:sz w:val="20"/>
          <w:szCs w:val="20"/>
        </w:rPr>
        <w:t>utlenku węgla .........................................................</w:t>
      </w:r>
    </w:p>
    <w:p w14:paraId="3BBB768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21BE9A52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zmiany koncesji na podzie</w:t>
      </w:r>
      <w:r w:rsidRPr="00E55D3C">
        <w:rPr>
          <w:sz w:val="20"/>
          <w:szCs w:val="20"/>
        </w:rPr>
        <w:t>mne składowanie dwutlenku węgla (w jakim zakresie) ..................................</w:t>
      </w:r>
    </w:p>
    <w:p w14:paraId="2832F2A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......................................................................................................................................................</w:t>
      </w:r>
    </w:p>
    <w:p w14:paraId="45932F8E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 xml:space="preserve">□ </w:t>
      </w:r>
      <w:r w:rsidRPr="00E55D3C">
        <w:rPr>
          <w:sz w:val="20"/>
          <w:szCs w:val="20"/>
        </w:rPr>
        <w:t>przeniesienia koncesji na podziemne składowanie dwutlenku węgla ......................................................</w:t>
      </w:r>
    </w:p>
    <w:p w14:paraId="3A943A5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...................</w:t>
      </w:r>
    </w:p>
    <w:p w14:paraId="638F210D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geologicznej* oraz</w:t>
      </w:r>
    </w:p>
    <w:p w14:paraId="04F3DCD2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uzyskania koncesji na podziemne składowanie dwutlenku węgla .....................................................</w:t>
      </w:r>
    </w:p>
    <w:p w14:paraId="1A6B29C0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....................</w:t>
      </w:r>
    </w:p>
    <w:p w14:paraId="1C2D6CD7" w14:textId="77777777" w:rsidR="003159E1" w:rsidRPr="00E55D3C" w:rsidRDefault="002F18C4">
      <w:pPr>
        <w:ind w:left="340"/>
        <w:rPr>
          <w:sz w:val="20"/>
          <w:szCs w:val="20"/>
        </w:rPr>
      </w:pPr>
      <w:r w:rsidRPr="00E55D3C">
        <w:rPr>
          <w:sz w:val="20"/>
          <w:szCs w:val="20"/>
        </w:rPr>
        <w:t>□ sporządzenia dodatku do dokumentacji geologicznej / dokumentacji geologicznej* oraz</w:t>
      </w:r>
    </w:p>
    <w:p w14:paraId="15B52F8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zmiany koncesji na podziemne składowanie dwutlenku węgla (w jakim zakresie) ............................</w:t>
      </w:r>
    </w:p>
    <w:p w14:paraId="62ED031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................................</w:t>
      </w:r>
      <w:r w:rsidRPr="00E55D3C">
        <w:rPr>
          <w:sz w:val="20"/>
          <w:szCs w:val="20"/>
        </w:rPr>
        <w:t>......................................................................................................................</w:t>
      </w:r>
    </w:p>
    <w:p w14:paraId="399C7A4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wykorzystywanej w celu wykonywania działalności</w:t>
      </w:r>
    </w:p>
    <w:p w14:paraId="430B9F01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w zakresie, w jakim wymagane jest pozwolenie w</w:t>
      </w:r>
      <w:r w:rsidRPr="00E55D3C">
        <w:rPr>
          <w:sz w:val="20"/>
          <w:szCs w:val="20"/>
        </w:rPr>
        <w:t>odnoprawne .........................................................</w:t>
      </w:r>
    </w:p>
    <w:p w14:paraId="2FDFBF7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......................................................................................................................................................</w:t>
      </w:r>
    </w:p>
    <w:p w14:paraId="35C0BA0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</w:t>
      </w:r>
      <w:r w:rsidRPr="00E55D3C">
        <w:rPr>
          <w:sz w:val="20"/>
          <w:szCs w:val="20"/>
        </w:rPr>
        <w:t>icznej wykorzystywanej w zakresie rekonstrukcji</w:t>
      </w:r>
    </w:p>
    <w:p w14:paraId="3DAD862B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zlikwidowanych otworów wiertniczych w celu wykorzystania ciepła Ziemi: ...........................................</w:t>
      </w:r>
    </w:p>
    <w:p w14:paraId="4501017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</w:t>
      </w:r>
    </w:p>
    <w:p w14:paraId="52A287B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zawartej w próbkach geologicznych w celu: ..............................</w:t>
      </w:r>
    </w:p>
    <w:p w14:paraId="403CCAD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</w:t>
      </w:r>
      <w:r w:rsidRPr="00E55D3C">
        <w:rPr>
          <w:sz w:val="20"/>
          <w:szCs w:val="20"/>
        </w:rPr>
        <w:t>..........................................................................</w:t>
      </w:r>
    </w:p>
    <w:p w14:paraId="773DD09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- temat i źródło finansowania (w przypadku opracowania finansowanego lub</w:t>
      </w:r>
    </w:p>
    <w:p w14:paraId="1978768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współfinansowanego ze środków publicznych): ........................................................</w:t>
      </w:r>
      <w:r w:rsidRPr="00E55D3C">
        <w:rPr>
          <w:sz w:val="20"/>
          <w:szCs w:val="20"/>
        </w:rPr>
        <w:t>.................</w:t>
      </w:r>
    </w:p>
    <w:p w14:paraId="3D67866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......................................................................................................................................................</w:t>
      </w:r>
    </w:p>
    <w:p w14:paraId="479B550A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□ Korzystanie z informacji geologicznej w postaci danych geologicznych w celu: ...</w:t>
      </w:r>
      <w:r w:rsidRPr="00E55D3C">
        <w:rPr>
          <w:sz w:val="20"/>
          <w:szCs w:val="20"/>
        </w:rPr>
        <w:t>...................................</w:t>
      </w:r>
    </w:p>
    <w:p w14:paraId="2D1A28A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......................................................................................................................................................</w:t>
      </w:r>
    </w:p>
    <w:p w14:paraId="5F95E46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lastRenderedPageBreak/>
        <w:t xml:space="preserve">   - temat i źródło finansowania (w przypadku opracowania finansow</w:t>
      </w:r>
      <w:r w:rsidRPr="00E55D3C">
        <w:rPr>
          <w:sz w:val="20"/>
          <w:szCs w:val="20"/>
        </w:rPr>
        <w:t>anego lub</w:t>
      </w:r>
    </w:p>
    <w:p w14:paraId="146858E7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współfinansowanego ze środków publicznych): .........................................................................</w:t>
      </w:r>
    </w:p>
    <w:p w14:paraId="022757B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......................................................................................................................</w:t>
      </w:r>
      <w:r w:rsidRPr="00E55D3C">
        <w:rPr>
          <w:sz w:val="20"/>
          <w:szCs w:val="20"/>
        </w:rPr>
        <w:t>................................</w:t>
      </w:r>
    </w:p>
    <w:p w14:paraId="37CC4A70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3A5C80AA" w14:textId="455DBA99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ZAMIERZONY OKRES KORZYSTANIA Z INFORMACJI GEOLOGICZNEJ</w:t>
      </w:r>
    </w:p>
    <w:p w14:paraId="09C0BF4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......................................................................................................................................................</w:t>
      </w:r>
    </w:p>
    <w:p w14:paraId="2FDCC48A" w14:textId="77777777" w:rsidR="00E55D3C" w:rsidRDefault="00E55D3C">
      <w:pPr>
        <w:pStyle w:val="SectionHead"/>
        <w:keepNext/>
        <w:keepLines/>
        <w:spacing w:before="40" w:after="0"/>
        <w:rPr>
          <w:sz w:val="20"/>
          <w:szCs w:val="20"/>
        </w:rPr>
      </w:pPr>
    </w:p>
    <w:p w14:paraId="4277804E" w14:textId="33506FC6" w:rsidR="003159E1" w:rsidRPr="00E55D3C" w:rsidRDefault="002F18C4">
      <w:pPr>
        <w:pStyle w:val="SectionHead"/>
        <w:keepNext/>
        <w:keepLines/>
        <w:spacing w:before="40" w:after="0"/>
        <w:rPr>
          <w:sz w:val="20"/>
          <w:szCs w:val="20"/>
        </w:rPr>
      </w:pPr>
      <w:r w:rsidRPr="00E55D3C">
        <w:rPr>
          <w:sz w:val="20"/>
          <w:szCs w:val="20"/>
        </w:rPr>
        <w:t>ZAŁĄCZNIKI DO WNI</w:t>
      </w:r>
      <w:r w:rsidRPr="00E55D3C">
        <w:rPr>
          <w:sz w:val="20"/>
          <w:szCs w:val="20"/>
        </w:rPr>
        <w:t>OSKU</w:t>
      </w:r>
    </w:p>
    <w:p w14:paraId="7D8204ED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1. Wycena zawierająca:</w:t>
      </w:r>
    </w:p>
    <w:p w14:paraId="0003FB1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a) oszacowanie kosztów informacji geologicznej,</w:t>
      </w:r>
    </w:p>
    <w:p w14:paraId="33C3CED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b) załącznik graficzny przedstawiający lokalizację obszaru, którego dotyczy informacja</w:t>
      </w:r>
    </w:p>
    <w:p w14:paraId="79E3A849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geologiczna objęta wnioskiem, i prac geologicznych podlegających wycenie lub</w:t>
      </w:r>
    </w:p>
    <w:p w14:paraId="2DBBE26F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otworów wiertniczych objętych wnioskiem wraz z wykazem współrzędnych punktów</w:t>
      </w:r>
    </w:p>
    <w:p w14:paraId="1BEA796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załamania granic tego obszaru lub wykazem współrzędnych tych otworów,</w:t>
      </w:r>
    </w:p>
    <w:p w14:paraId="0D3FCC9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przedstawionych w układzie współrzędnych płaskich prostokątnych, należącym do</w:t>
      </w:r>
    </w:p>
    <w:p w14:paraId="63989FD5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państwowego systemu odniesień przestrzennych, o którym mowa w rozporządzeniu</w:t>
      </w:r>
    </w:p>
    <w:p w14:paraId="7138AC8E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Rady Mi</w:t>
      </w:r>
      <w:r w:rsidRPr="00E55D3C">
        <w:rPr>
          <w:sz w:val="20"/>
          <w:szCs w:val="20"/>
        </w:rPr>
        <w:t>nistrów z dnia 15 października 2012 r. w sprawie państwowego systemu</w:t>
      </w:r>
    </w:p>
    <w:p w14:paraId="2640BF4B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odniesień przestrzennych (Dz. U. z 2024 r. poz. 342 oraz z 2025 r. poz. 106),</w:t>
      </w:r>
    </w:p>
    <w:p w14:paraId="1CF775E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c) kopie decyzji dotyczących posiadanej koncesji, pozwolenia wodnoprawnego albo</w:t>
      </w:r>
    </w:p>
    <w:p w14:paraId="5C7276E8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decyzji inwest</w:t>
      </w:r>
      <w:r w:rsidRPr="00E55D3C">
        <w:rPr>
          <w:sz w:val="20"/>
          <w:szCs w:val="20"/>
        </w:rPr>
        <w:t>ycyjnej - w przypadku gdy wnioskodawca posiada koncesję, pozwolenie</w:t>
      </w:r>
    </w:p>
    <w:p w14:paraId="2E487C46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wodnoprawne albo decyzję inwestycyjną, a celem zawarcia umowy jest zmiana albo</w:t>
      </w:r>
    </w:p>
    <w:p w14:paraId="2DD442AD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   przeniesienie koncesji, pozwolenia wodnoprawnego albo zmiana decyzji inwestycyjnej.</w:t>
      </w:r>
    </w:p>
    <w:p w14:paraId="430EB7FF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2. Aktualny o</w:t>
      </w:r>
      <w:r w:rsidRPr="00E55D3C">
        <w:rPr>
          <w:sz w:val="20"/>
          <w:szCs w:val="20"/>
        </w:rPr>
        <w:t>dpis z właściwego rejestru przedsiębiorców lub instytutów naukowych kraju,</w:t>
      </w:r>
    </w:p>
    <w:p w14:paraId="26B5809D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w którym wnioskodawca jest zarejestrowany, wydany niepóźniej niż 3 miesiące przed</w:t>
      </w:r>
    </w:p>
    <w:p w14:paraId="1C13CBBF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 xml:space="preserve">   dniem złożenia wniosku***.</w:t>
      </w:r>
    </w:p>
    <w:p w14:paraId="3E7C2784" w14:textId="77777777" w:rsidR="003159E1" w:rsidRPr="00E55D3C" w:rsidRDefault="002F18C4">
      <w:pPr>
        <w:jc w:val="right"/>
        <w:rPr>
          <w:sz w:val="20"/>
          <w:szCs w:val="20"/>
        </w:rPr>
      </w:pPr>
      <w:r w:rsidRPr="00E55D3C">
        <w:rPr>
          <w:sz w:val="20"/>
          <w:szCs w:val="20"/>
        </w:rPr>
        <w:t>..................................................</w:t>
      </w:r>
    </w:p>
    <w:p w14:paraId="3C04D795" w14:textId="77777777" w:rsidR="003159E1" w:rsidRPr="00E55D3C" w:rsidRDefault="002F18C4">
      <w:pPr>
        <w:jc w:val="right"/>
        <w:rPr>
          <w:sz w:val="20"/>
          <w:szCs w:val="20"/>
        </w:rPr>
      </w:pPr>
      <w:r w:rsidRPr="00E55D3C">
        <w:rPr>
          <w:sz w:val="20"/>
          <w:szCs w:val="20"/>
        </w:rPr>
        <w:t xml:space="preserve">(podpis </w:t>
      </w:r>
      <w:r w:rsidRPr="00E55D3C">
        <w:rPr>
          <w:sz w:val="20"/>
          <w:szCs w:val="20"/>
        </w:rPr>
        <w:t>wnioskodawcy)</w:t>
      </w:r>
    </w:p>
    <w:p w14:paraId="20CF46CC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* wybrać właściwe</w:t>
      </w:r>
    </w:p>
    <w:p w14:paraId="4ADBC784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** w przypadku większej liczby dokumentacji, próbek lub danych, ich opis przedstawić w odrębnym załączniku</w:t>
      </w:r>
    </w:p>
    <w:p w14:paraId="6C81F0C3" w14:textId="77777777" w:rsidR="003159E1" w:rsidRPr="00E55D3C" w:rsidRDefault="002F18C4">
      <w:pPr>
        <w:rPr>
          <w:sz w:val="20"/>
          <w:szCs w:val="20"/>
        </w:rPr>
      </w:pPr>
      <w:r w:rsidRPr="00E55D3C">
        <w:rPr>
          <w:sz w:val="20"/>
          <w:szCs w:val="20"/>
        </w:rPr>
        <w:t>*** w przypadku gdy wnioskodawca jest zarejestrowany na terenie Rzeczypospolitej Polskiej odpisu nie dołącza się</w:t>
      </w:r>
    </w:p>
    <w:sectPr w:rsidR="003159E1" w:rsidRPr="00E55D3C" w:rsidSect="00E55D3C">
      <w:pgSz w:w="12240" w:h="15840"/>
      <w:pgMar w:top="1417" w:right="1417" w:bottom="1417" w:left="1417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EA69" w14:textId="77777777" w:rsidR="002F18C4" w:rsidRDefault="002F18C4">
      <w:r>
        <w:separator/>
      </w:r>
    </w:p>
  </w:endnote>
  <w:endnote w:type="continuationSeparator" w:id="0">
    <w:p w14:paraId="4B2077AB" w14:textId="77777777" w:rsidR="002F18C4" w:rsidRDefault="002F1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5D376" w14:textId="77777777" w:rsidR="002F18C4" w:rsidRDefault="002F18C4">
      <w:r>
        <w:separator/>
      </w:r>
    </w:p>
  </w:footnote>
  <w:footnote w:type="continuationSeparator" w:id="0">
    <w:p w14:paraId="2348B38F" w14:textId="77777777" w:rsidR="002F18C4" w:rsidRDefault="002F1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18C4"/>
    <w:rsid w:val="003159E1"/>
    <w:rsid w:val="00326F90"/>
    <w:rsid w:val="00AA1D8D"/>
    <w:rsid w:val="00B47730"/>
    <w:rsid w:val="00CB0664"/>
    <w:rsid w:val="00E55D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CFC755"/>
  <w14:defaultImageDpi w14:val="300"/>
  <w15:docId w15:val="{D5F3F7FC-DD91-42B8-84FA-1B182B25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">
    <w:name w:val="SectionHead"/>
    <w:pPr>
      <w:spacing w:before="60" w:after="20" w:line="240" w:lineRule="auto"/>
      <w:jc w:val="center"/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2679</Words>
  <Characters>16080</Characters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2026-10-13T05:54:00Z</dcterms:created>
  <dcterms:modified xsi:type="dcterms:W3CDTF">2026-10-13T05:54:00Z</dcterms:modified>
  <cp:category/>
</cp:coreProperties>
</file>