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7EE1" w14:textId="52608B87" w:rsidR="004F45D4" w:rsidRDefault="004F45D4">
      <w:pPr>
        <w:spacing w:after="120"/>
        <w:jc w:val="center"/>
      </w:pP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9468"/>
      </w:tblGrid>
      <w:tr w:rsidR="004F45D4" w14:paraId="3B60C2B1" w14:textId="77777777">
        <w:tc>
          <w:tcPr>
            <w:tcW w:w="5102" w:type="dxa"/>
            <w:vAlign w:val="bottom"/>
          </w:tcPr>
          <w:p w14:paraId="23FF4299" w14:textId="77777777" w:rsidR="004F45D4" w:rsidRDefault="00616687">
            <w:pPr>
              <w:keepNext/>
              <w:spacing w:before="40"/>
            </w:pPr>
            <w:sdt>
              <w:sdtPr>
                <w:rPr>
                  <w:szCs w:val="20"/>
                </w:rPr>
                <w:alias w:val="Nazwa i adres przekazującego"/>
                <w:tag w:val="Nazwa i adres przekazującego"/>
                <w:id w:val="291454423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.................................................................................................</w:t>
                </w:r>
              </w:sdtContent>
            </w:sdt>
          </w:p>
        </w:tc>
        <w:tc>
          <w:tcPr>
            <w:tcW w:w="9467" w:type="dxa"/>
            <w:vAlign w:val="bottom"/>
          </w:tcPr>
          <w:p w14:paraId="12AABEA7" w14:textId="77777777" w:rsidR="004F45D4" w:rsidRDefault="004F45D4">
            <w:pPr>
              <w:keepNext/>
              <w:spacing w:before="40"/>
            </w:pPr>
          </w:p>
        </w:tc>
      </w:tr>
      <w:tr w:rsidR="004F45D4" w14:paraId="1FCF8B38" w14:textId="77777777">
        <w:tc>
          <w:tcPr>
            <w:tcW w:w="5102" w:type="dxa"/>
          </w:tcPr>
          <w:p w14:paraId="0A19D8B8" w14:textId="77777777" w:rsidR="004F45D4" w:rsidRDefault="00616687">
            <w:pPr>
              <w:jc w:val="center"/>
            </w:pPr>
            <w:r>
              <w:rPr>
                <w:sz w:val="14"/>
              </w:rPr>
              <w:t>(nazwa i adres przekazującego)</w:t>
            </w:r>
          </w:p>
        </w:tc>
        <w:tc>
          <w:tcPr>
            <w:tcW w:w="9467" w:type="dxa"/>
          </w:tcPr>
          <w:p w14:paraId="1C9BCB36" w14:textId="77777777" w:rsidR="004F45D4" w:rsidRDefault="004F45D4">
            <w:pPr>
              <w:jc w:val="center"/>
            </w:pPr>
          </w:p>
        </w:tc>
      </w:tr>
    </w:tbl>
    <w:p w14:paraId="781CAA73" w14:textId="77777777" w:rsidR="004F45D4" w:rsidRDefault="00616687">
      <w:pPr>
        <w:spacing w:before="200" w:after="80"/>
        <w:jc w:val="center"/>
      </w:pPr>
      <w:r>
        <w:rPr>
          <w:b/>
          <w:sz w:val="26"/>
        </w:rPr>
        <w:t>Spis zdawczo-odbiorczy rdzeników bocznych podlegających przekazaniu państwowej służbie geologicznej</w:t>
      </w: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7"/>
        <w:gridCol w:w="353"/>
        <w:gridCol w:w="344"/>
        <w:gridCol w:w="33"/>
        <w:gridCol w:w="12"/>
        <w:gridCol w:w="377"/>
        <w:gridCol w:w="509"/>
        <w:gridCol w:w="1124"/>
        <w:gridCol w:w="152"/>
        <w:gridCol w:w="60"/>
        <w:gridCol w:w="33"/>
        <w:gridCol w:w="530"/>
        <w:gridCol w:w="368"/>
        <w:gridCol w:w="979"/>
        <w:gridCol w:w="114"/>
        <w:gridCol w:w="215"/>
        <w:gridCol w:w="351"/>
        <w:gridCol w:w="599"/>
        <w:gridCol w:w="850"/>
        <w:gridCol w:w="100"/>
        <w:gridCol w:w="35"/>
        <w:gridCol w:w="507"/>
        <w:gridCol w:w="334"/>
        <w:gridCol w:w="28"/>
        <w:gridCol w:w="831"/>
        <w:gridCol w:w="79"/>
        <w:gridCol w:w="244"/>
        <w:gridCol w:w="1369"/>
        <w:gridCol w:w="121"/>
        <w:gridCol w:w="210"/>
        <w:gridCol w:w="320"/>
        <w:gridCol w:w="640"/>
        <w:gridCol w:w="1062"/>
      </w:tblGrid>
      <w:tr w:rsidR="004F45D4" w14:paraId="6A40B0CB" w14:textId="77777777">
        <w:tc>
          <w:tcPr>
            <w:tcW w:w="1686" w:type="dxa"/>
            <w:vAlign w:val="bottom"/>
          </w:tcPr>
          <w:p w14:paraId="7EC3E613" w14:textId="77777777" w:rsidR="004F45D4" w:rsidRDefault="00616687">
            <w:pPr>
              <w:keepNext/>
              <w:spacing w:before="160"/>
            </w:pPr>
            <w:r>
              <w:t xml:space="preserve">Nazwa </w:t>
            </w:r>
            <w:r>
              <w:t>archiwum</w:t>
            </w:r>
            <w:r>
              <w:rPr>
                <w:vertAlign w:val="superscript"/>
              </w:rPr>
              <w:t>1)</w:t>
            </w:r>
            <w:r>
              <w:t xml:space="preserve">: </w:t>
            </w:r>
          </w:p>
        </w:tc>
        <w:tc>
          <w:tcPr>
            <w:tcW w:w="4874" w:type="dxa"/>
            <w:gridSpan w:val="13"/>
            <w:vAlign w:val="bottom"/>
          </w:tcPr>
          <w:p w14:paraId="3C5E611C" w14:textId="77777777" w:rsidR="004F45D4" w:rsidRDefault="00616687">
            <w:pPr>
              <w:keepNext/>
              <w:spacing w:before="160"/>
            </w:pPr>
            <w:sdt>
              <w:sdtPr>
                <w:rPr>
                  <w:szCs w:val="20"/>
                </w:rPr>
                <w:alias w:val="Nazwa archiwum"/>
                <w:tag w:val="Nazwa archiwum"/>
                <w:id w:val="1485033207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............................................................................................</w:t>
                </w:r>
              </w:sdtContent>
            </w:sdt>
          </w:p>
        </w:tc>
        <w:tc>
          <w:tcPr>
            <w:tcW w:w="3133" w:type="dxa"/>
            <w:gridSpan w:val="10"/>
            <w:vAlign w:val="bottom"/>
          </w:tcPr>
          <w:p w14:paraId="0BC052E8" w14:textId="77777777" w:rsidR="004F45D4" w:rsidRDefault="00616687">
            <w:pPr>
              <w:keepNext/>
              <w:spacing w:before="160"/>
            </w:pPr>
            <w:r>
              <w:t xml:space="preserve"> – archiwum próbek geologicznych w </w:t>
            </w:r>
          </w:p>
        </w:tc>
        <w:tc>
          <w:tcPr>
            <w:tcW w:w="4874" w:type="dxa"/>
            <w:gridSpan w:val="9"/>
            <w:vAlign w:val="bottom"/>
          </w:tcPr>
          <w:p w14:paraId="6C3938B0" w14:textId="77777777" w:rsidR="004F45D4" w:rsidRDefault="00616687">
            <w:pPr>
              <w:keepNext/>
              <w:spacing w:before="160"/>
            </w:pPr>
            <w:sdt>
              <w:sdtPr>
                <w:rPr>
                  <w:szCs w:val="20"/>
                </w:rPr>
                <w:alias w:val="Miejscowość archiwum"/>
                <w:tag w:val="Miejscowość archiwum"/>
                <w:id w:val="248078590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............................................................................................</w:t>
                </w:r>
              </w:sdtContent>
            </w:sdt>
          </w:p>
        </w:tc>
      </w:tr>
      <w:tr w:rsidR="004F45D4" w14:paraId="5E7418DE" w14:textId="77777777">
        <w:tc>
          <w:tcPr>
            <w:tcW w:w="1686" w:type="dxa"/>
          </w:tcPr>
          <w:p w14:paraId="4ECB5B80" w14:textId="77777777" w:rsidR="004F45D4" w:rsidRDefault="004F45D4">
            <w:pPr>
              <w:jc w:val="center"/>
            </w:pPr>
          </w:p>
        </w:tc>
        <w:tc>
          <w:tcPr>
            <w:tcW w:w="4874" w:type="dxa"/>
            <w:gridSpan w:val="13"/>
          </w:tcPr>
          <w:p w14:paraId="6A820BB9" w14:textId="77777777" w:rsidR="004F45D4" w:rsidRDefault="004F45D4">
            <w:pPr>
              <w:jc w:val="center"/>
            </w:pPr>
          </w:p>
        </w:tc>
        <w:tc>
          <w:tcPr>
            <w:tcW w:w="3133" w:type="dxa"/>
            <w:gridSpan w:val="10"/>
          </w:tcPr>
          <w:p w14:paraId="1A08AA53" w14:textId="77777777" w:rsidR="004F45D4" w:rsidRDefault="004F45D4">
            <w:pPr>
              <w:jc w:val="center"/>
            </w:pPr>
          </w:p>
        </w:tc>
        <w:tc>
          <w:tcPr>
            <w:tcW w:w="4874" w:type="dxa"/>
            <w:gridSpan w:val="9"/>
          </w:tcPr>
          <w:p w14:paraId="597AFE21" w14:textId="77777777" w:rsidR="004F45D4" w:rsidRDefault="00616687">
            <w:pPr>
              <w:jc w:val="center"/>
            </w:pPr>
            <w:r>
              <w:rPr>
                <w:sz w:val="14"/>
              </w:rPr>
              <w:t>(miejscowość)</w:t>
            </w:r>
          </w:p>
        </w:tc>
      </w:tr>
      <w:tr w:rsidR="004F45D4" w14:paraId="58B78E91" w14:textId="77777777">
        <w:tc>
          <w:tcPr>
            <w:tcW w:w="2428" w:type="dxa"/>
            <w:gridSpan w:val="5"/>
            <w:vAlign w:val="bottom"/>
          </w:tcPr>
          <w:p w14:paraId="26EAF788" w14:textId="77777777" w:rsidR="004F45D4" w:rsidRDefault="00616687">
            <w:pPr>
              <w:spacing w:before="100"/>
            </w:pPr>
            <w:r>
              <w:t xml:space="preserve">Nazwa otworu wiertniczego: </w:t>
            </w:r>
          </w:p>
        </w:tc>
        <w:tc>
          <w:tcPr>
            <w:tcW w:w="4461" w:type="dxa"/>
            <w:gridSpan w:val="11"/>
            <w:vAlign w:val="bottom"/>
          </w:tcPr>
          <w:p w14:paraId="1F26F20D" w14:textId="77777777" w:rsidR="004F45D4" w:rsidRDefault="00616687">
            <w:pPr>
              <w:spacing w:before="100"/>
            </w:pPr>
            <w:sdt>
              <w:sdtPr>
                <w:rPr>
                  <w:szCs w:val="20"/>
                </w:rPr>
                <w:alias w:val="Nazwa otworu"/>
                <w:tag w:val="Nazwa otworu"/>
                <w:id w:val="940240809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.....................................................................................</w:t>
                </w:r>
              </w:sdtContent>
            </w:sdt>
          </w:p>
        </w:tc>
        <w:tc>
          <w:tcPr>
            <w:tcW w:w="1900" w:type="dxa"/>
            <w:gridSpan w:val="4"/>
            <w:vAlign w:val="bottom"/>
          </w:tcPr>
          <w:p w14:paraId="3420A7CD" w14:textId="77777777" w:rsidR="004F45D4" w:rsidRDefault="00616687">
            <w:pPr>
              <w:spacing w:before="100"/>
            </w:pPr>
            <w:r>
              <w:t xml:space="preserve">  Głębokość końcowa: </w:t>
            </w:r>
          </w:p>
        </w:tc>
        <w:tc>
          <w:tcPr>
            <w:tcW w:w="1814" w:type="dxa"/>
            <w:gridSpan w:val="6"/>
            <w:vAlign w:val="bottom"/>
          </w:tcPr>
          <w:p w14:paraId="63D23D76" w14:textId="77777777" w:rsidR="004F45D4" w:rsidRDefault="00616687">
            <w:pPr>
              <w:spacing w:before="100"/>
            </w:pPr>
            <w:sdt>
              <w:sdtPr>
                <w:rPr>
                  <w:szCs w:val="20"/>
                </w:rPr>
                <w:alias w:val="Głębokość końcowa"/>
                <w:tag w:val="Głębokość końcowa"/>
                <w:id w:val="772658221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</w:t>
                </w:r>
              </w:sdtContent>
            </w:sdt>
          </w:p>
        </w:tc>
        <w:tc>
          <w:tcPr>
            <w:tcW w:w="1734" w:type="dxa"/>
            <w:gridSpan w:val="3"/>
            <w:vAlign w:val="bottom"/>
          </w:tcPr>
          <w:p w14:paraId="138CB77B" w14:textId="77777777" w:rsidR="004F45D4" w:rsidRDefault="00616687">
            <w:pPr>
              <w:spacing w:before="100"/>
            </w:pPr>
            <w:r>
              <w:t xml:space="preserve">  Stratygrafia spągu: </w:t>
            </w:r>
          </w:p>
        </w:tc>
        <w:tc>
          <w:tcPr>
            <w:tcW w:w="2230" w:type="dxa"/>
            <w:gridSpan w:val="4"/>
            <w:vAlign w:val="bottom"/>
          </w:tcPr>
          <w:p w14:paraId="18679478" w14:textId="77777777" w:rsidR="004F45D4" w:rsidRDefault="00616687">
            <w:pPr>
              <w:spacing w:before="100"/>
            </w:pPr>
            <w:sdt>
              <w:sdtPr>
                <w:rPr>
                  <w:szCs w:val="20"/>
                </w:rPr>
                <w:alias w:val="Stratygrafia spągu"/>
                <w:tag w:val="Stratygrafia spągu"/>
                <w:id w:val="1836621593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</w:t>
                </w:r>
              </w:sdtContent>
            </w:sdt>
          </w:p>
        </w:tc>
      </w:tr>
      <w:tr w:rsidR="004F45D4" w14:paraId="18B0A725" w14:textId="77777777">
        <w:tc>
          <w:tcPr>
            <w:tcW w:w="2805" w:type="dxa"/>
            <w:gridSpan w:val="6"/>
            <w:vAlign w:val="bottom"/>
          </w:tcPr>
          <w:p w14:paraId="14E53BC0" w14:textId="77777777" w:rsidR="004F45D4" w:rsidRDefault="00616687">
            <w:pPr>
              <w:keepNext/>
              <w:spacing w:before="100"/>
            </w:pPr>
            <w:r>
              <w:t xml:space="preserve">Lokalizacja otworu wiertniczego: </w:t>
            </w:r>
          </w:p>
        </w:tc>
        <w:tc>
          <w:tcPr>
            <w:tcW w:w="3869" w:type="dxa"/>
            <w:gridSpan w:val="9"/>
            <w:vAlign w:val="bottom"/>
          </w:tcPr>
          <w:p w14:paraId="3931FDE1" w14:textId="77777777" w:rsidR="004F45D4" w:rsidRDefault="00616687">
            <w:pPr>
              <w:keepNext/>
              <w:spacing w:before="100"/>
            </w:pPr>
            <w:sdt>
              <w:sdtPr>
                <w:rPr>
                  <w:szCs w:val="20"/>
                </w:rPr>
                <w:alias w:val="Lokalizacja"/>
                <w:tag w:val="Lokalizacja"/>
                <w:id w:val="1408329031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</w:t>
                </w:r>
              </w:sdtContent>
            </w:sdt>
          </w:p>
        </w:tc>
        <w:tc>
          <w:tcPr>
            <w:tcW w:w="2150" w:type="dxa"/>
            <w:gridSpan w:val="6"/>
            <w:vAlign w:val="bottom"/>
          </w:tcPr>
          <w:p w14:paraId="4DE5855E" w14:textId="77777777" w:rsidR="004F45D4" w:rsidRDefault="00616687">
            <w:pPr>
              <w:keepNext/>
              <w:spacing w:before="100"/>
            </w:pPr>
            <w:r>
              <w:t xml:space="preserve">, współrzędne w układzie </w:t>
            </w:r>
          </w:p>
        </w:tc>
        <w:tc>
          <w:tcPr>
            <w:tcW w:w="1700" w:type="dxa"/>
            <w:gridSpan w:val="4"/>
            <w:vAlign w:val="bottom"/>
          </w:tcPr>
          <w:p w14:paraId="793A3ED0" w14:textId="77777777" w:rsidR="004F45D4" w:rsidRDefault="00616687">
            <w:pPr>
              <w:keepNext/>
              <w:spacing w:before="100"/>
            </w:pPr>
            <w:sdt>
              <w:sdtPr>
                <w:rPr>
                  <w:szCs w:val="20"/>
                </w:rPr>
                <w:alias w:val="Układ współrzędnych"/>
                <w:tag w:val="Układ współrzędnych"/>
                <w:id w:val="432527823"/>
                <w:showingPlcHdr/>
                <w:dropDownList>
                  <w:listItem w:displayText="PL-1992" w:value="PL-1992"/>
                  <w:listItem w:displayText="PL-2000" w:value="PL-2000"/>
                  <w:listItem w:displayText="PL-UTM" w:value="PL-UTM"/>
                </w:dropDownList>
              </w:sdtPr>
              <w:sdtEndPr/>
              <w:sdtContent>
                <w:r>
                  <w:rPr>
                    <w:szCs w:val="20"/>
                  </w:rPr>
                  <w:t>...............................</w:t>
                </w:r>
              </w:sdtContent>
            </w:sdt>
          </w:p>
        </w:tc>
        <w:tc>
          <w:tcPr>
            <w:tcW w:w="323" w:type="dxa"/>
            <w:gridSpan w:val="2"/>
            <w:vAlign w:val="bottom"/>
          </w:tcPr>
          <w:p w14:paraId="4A889F55" w14:textId="77777777" w:rsidR="004F45D4" w:rsidRDefault="00616687">
            <w:pPr>
              <w:keepNext/>
              <w:spacing w:before="100"/>
            </w:pPr>
            <w:r>
              <w:t xml:space="preserve">: x </w:t>
            </w:r>
          </w:p>
        </w:tc>
        <w:tc>
          <w:tcPr>
            <w:tcW w:w="1700" w:type="dxa"/>
            <w:gridSpan w:val="3"/>
            <w:vAlign w:val="bottom"/>
          </w:tcPr>
          <w:p w14:paraId="76555DC3" w14:textId="77777777" w:rsidR="004F45D4" w:rsidRDefault="00616687">
            <w:pPr>
              <w:keepNext/>
              <w:spacing w:before="100"/>
            </w:pPr>
            <w:sdt>
              <w:sdtPr>
                <w:rPr>
                  <w:szCs w:val="20"/>
                </w:rPr>
                <w:alias w:val="Współrzędna x"/>
                <w:tag w:val="Współrzędna x"/>
                <w:id w:val="1383552416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</w:t>
                </w:r>
              </w:sdtContent>
            </w:sdt>
          </w:p>
        </w:tc>
        <w:tc>
          <w:tcPr>
            <w:tcW w:w="318" w:type="dxa"/>
            <w:vAlign w:val="bottom"/>
          </w:tcPr>
          <w:p w14:paraId="43FAF288" w14:textId="77777777" w:rsidR="004F45D4" w:rsidRDefault="00616687">
            <w:pPr>
              <w:keepNext/>
              <w:spacing w:before="100"/>
            </w:pPr>
            <w:r>
              <w:t xml:space="preserve">, y </w:t>
            </w:r>
          </w:p>
        </w:tc>
        <w:tc>
          <w:tcPr>
            <w:tcW w:w="1700" w:type="dxa"/>
            <w:gridSpan w:val="2"/>
            <w:vAlign w:val="bottom"/>
          </w:tcPr>
          <w:p w14:paraId="0D372C71" w14:textId="77777777" w:rsidR="004F45D4" w:rsidRDefault="00616687">
            <w:pPr>
              <w:keepNext/>
              <w:spacing w:before="100"/>
            </w:pPr>
            <w:sdt>
              <w:sdtPr>
                <w:rPr>
                  <w:szCs w:val="20"/>
                </w:rPr>
                <w:alias w:val="Współrzędna y"/>
                <w:tag w:val="Współrzędna y"/>
                <w:id w:val="995077879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</w:t>
                </w:r>
              </w:sdtContent>
            </w:sdt>
          </w:p>
        </w:tc>
      </w:tr>
      <w:tr w:rsidR="004F45D4" w14:paraId="7A45BF6A" w14:textId="77777777">
        <w:tc>
          <w:tcPr>
            <w:tcW w:w="2805" w:type="dxa"/>
            <w:gridSpan w:val="6"/>
          </w:tcPr>
          <w:p w14:paraId="4C0903D8" w14:textId="77777777" w:rsidR="004F45D4" w:rsidRDefault="004F45D4">
            <w:pPr>
              <w:jc w:val="center"/>
            </w:pPr>
          </w:p>
        </w:tc>
        <w:tc>
          <w:tcPr>
            <w:tcW w:w="3869" w:type="dxa"/>
            <w:gridSpan w:val="9"/>
          </w:tcPr>
          <w:p w14:paraId="10E5414D" w14:textId="77777777" w:rsidR="004F45D4" w:rsidRDefault="00616687">
            <w:pPr>
              <w:jc w:val="center"/>
            </w:pPr>
            <w:r>
              <w:rPr>
                <w:sz w:val="14"/>
              </w:rPr>
              <w:t>(miejscowość, gmina, powiat, województwo)</w:t>
            </w:r>
          </w:p>
        </w:tc>
        <w:tc>
          <w:tcPr>
            <w:tcW w:w="2150" w:type="dxa"/>
            <w:gridSpan w:val="6"/>
          </w:tcPr>
          <w:p w14:paraId="4606D38E" w14:textId="77777777" w:rsidR="004F45D4" w:rsidRDefault="004F45D4">
            <w:pPr>
              <w:jc w:val="center"/>
            </w:pPr>
          </w:p>
        </w:tc>
        <w:tc>
          <w:tcPr>
            <w:tcW w:w="1700" w:type="dxa"/>
            <w:gridSpan w:val="4"/>
          </w:tcPr>
          <w:p w14:paraId="0EEECB5A" w14:textId="77777777" w:rsidR="004F45D4" w:rsidRDefault="00616687">
            <w:pPr>
              <w:jc w:val="center"/>
            </w:pPr>
            <w:r>
              <w:rPr>
                <w:sz w:val="14"/>
              </w:rPr>
              <w:t>(PL1992, PL 2000, PL-UTM)</w:t>
            </w:r>
          </w:p>
        </w:tc>
        <w:tc>
          <w:tcPr>
            <w:tcW w:w="323" w:type="dxa"/>
            <w:gridSpan w:val="2"/>
          </w:tcPr>
          <w:p w14:paraId="79FBEA39" w14:textId="77777777" w:rsidR="004F45D4" w:rsidRDefault="004F45D4">
            <w:pPr>
              <w:jc w:val="center"/>
            </w:pPr>
          </w:p>
        </w:tc>
        <w:tc>
          <w:tcPr>
            <w:tcW w:w="1700" w:type="dxa"/>
            <w:gridSpan w:val="3"/>
          </w:tcPr>
          <w:p w14:paraId="50558531" w14:textId="77777777" w:rsidR="004F45D4" w:rsidRDefault="004F45D4">
            <w:pPr>
              <w:jc w:val="center"/>
            </w:pPr>
          </w:p>
        </w:tc>
        <w:tc>
          <w:tcPr>
            <w:tcW w:w="318" w:type="dxa"/>
          </w:tcPr>
          <w:p w14:paraId="7BE385A2" w14:textId="77777777" w:rsidR="004F45D4" w:rsidRDefault="004F45D4">
            <w:pPr>
              <w:jc w:val="center"/>
            </w:pPr>
          </w:p>
        </w:tc>
        <w:tc>
          <w:tcPr>
            <w:tcW w:w="1700" w:type="dxa"/>
            <w:gridSpan w:val="2"/>
          </w:tcPr>
          <w:p w14:paraId="628A9A13" w14:textId="77777777" w:rsidR="004F45D4" w:rsidRDefault="004F45D4">
            <w:pPr>
              <w:jc w:val="center"/>
            </w:pPr>
          </w:p>
        </w:tc>
      </w:tr>
      <w:tr w:rsidR="004F45D4" w14:paraId="1F16516F" w14:textId="77777777">
        <w:tc>
          <w:tcPr>
            <w:tcW w:w="5213" w:type="dxa"/>
            <w:gridSpan w:val="12"/>
            <w:vAlign w:val="bottom"/>
          </w:tcPr>
          <w:p w14:paraId="60CD30A7" w14:textId="77777777" w:rsidR="004F45D4" w:rsidRDefault="00616687">
            <w:pPr>
              <w:keepNext/>
              <w:spacing w:before="100"/>
            </w:pPr>
            <w:sdt>
              <w:sdtPr>
                <w:rPr>
                  <w:szCs w:val="20"/>
                </w:rPr>
                <w:alias w:val="Rodzaj dokumentu"/>
                <w:tag w:val="Rodzaj dokumentu"/>
                <w:id w:val="1231217798"/>
                <w:showingPlcHdr/>
                <w:dropDownList>
                  <w:listItem w:displayText="Koncesja / decyzja / zgłoszenie projektu robót geologicznych" w:value="Koncesja / decyzja / zgłoszenie projektu robót geologicznych"/>
                  <w:listItem w:displayText="Koncesja" w:value="Koncesja"/>
                  <w:listItem w:displayText="Decyzja" w:value="Decyzja"/>
                  <w:listItem w:displayText="Zgłoszenie projektu robót geologicznych" w:value="Zgłoszenie projektu robót geologicznych"/>
                </w:dropDownList>
              </w:sdtPr>
              <w:sdtEndPr/>
              <w:sdtContent>
                <w:r>
                  <w:rPr>
                    <w:szCs w:val="20"/>
                  </w:rPr>
                  <w:t>Koncesja / decyzja / zgłoszenie projektu robót geologicznych</w:t>
                </w:r>
              </w:sdtContent>
            </w:sdt>
            <w:r>
              <w:rPr>
                <w:vertAlign w:val="superscript"/>
              </w:rPr>
              <w:t>2)</w:t>
            </w:r>
            <w:r>
              <w:t xml:space="preserve">: </w:t>
            </w:r>
          </w:p>
        </w:tc>
        <w:tc>
          <w:tcPr>
            <w:tcW w:w="4118" w:type="dxa"/>
            <w:gridSpan w:val="10"/>
            <w:vAlign w:val="bottom"/>
          </w:tcPr>
          <w:p w14:paraId="3AD06D48" w14:textId="77777777" w:rsidR="004F45D4" w:rsidRDefault="00616687">
            <w:pPr>
              <w:keepNext/>
              <w:spacing w:before="100"/>
            </w:pPr>
            <w:sdt>
              <w:sdtPr>
                <w:rPr>
                  <w:szCs w:val="20"/>
                </w:rPr>
                <w:alias w:val="Organ"/>
                <w:tag w:val="Organ"/>
                <w:id w:val="247118140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</w:t>
                </w:r>
              </w:sdtContent>
            </w:sdt>
          </w:p>
        </w:tc>
        <w:tc>
          <w:tcPr>
            <w:tcW w:w="334" w:type="dxa"/>
            <w:vAlign w:val="bottom"/>
          </w:tcPr>
          <w:p w14:paraId="68FD2B3C" w14:textId="77777777" w:rsidR="004F45D4" w:rsidRDefault="00616687">
            <w:pPr>
              <w:keepNext/>
              <w:spacing w:before="100"/>
            </w:pPr>
            <w:r>
              <w:t xml:space="preserve"> nr </w:t>
            </w:r>
          </w:p>
        </w:tc>
        <w:tc>
          <w:tcPr>
            <w:tcW w:w="2551" w:type="dxa"/>
            <w:gridSpan w:val="5"/>
            <w:vAlign w:val="bottom"/>
          </w:tcPr>
          <w:p w14:paraId="537092F5" w14:textId="77777777" w:rsidR="004F45D4" w:rsidRDefault="00616687">
            <w:pPr>
              <w:keepNext/>
              <w:spacing w:before="100"/>
            </w:pPr>
            <w:sdt>
              <w:sdtPr>
                <w:rPr>
                  <w:szCs w:val="20"/>
                </w:rPr>
                <w:alias w:val="Numer"/>
                <w:tag w:val="Numer"/>
                <w:id w:val="1164114057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</w:t>
                </w:r>
              </w:sdtContent>
            </w:sdt>
          </w:p>
        </w:tc>
        <w:tc>
          <w:tcPr>
            <w:tcW w:w="651" w:type="dxa"/>
            <w:gridSpan w:val="3"/>
            <w:vAlign w:val="bottom"/>
          </w:tcPr>
          <w:p w14:paraId="20C2AC01" w14:textId="77777777" w:rsidR="004F45D4" w:rsidRDefault="00616687">
            <w:pPr>
              <w:keepNext/>
              <w:spacing w:before="100"/>
            </w:pPr>
            <w:r>
              <w:t xml:space="preserve"> z dnia </w:t>
            </w:r>
          </w:p>
        </w:tc>
        <w:tc>
          <w:tcPr>
            <w:tcW w:w="1700" w:type="dxa"/>
            <w:gridSpan w:val="2"/>
            <w:vAlign w:val="bottom"/>
          </w:tcPr>
          <w:p w14:paraId="674D6486" w14:textId="77777777" w:rsidR="004F45D4" w:rsidRDefault="00616687">
            <w:pPr>
              <w:keepNext/>
              <w:spacing w:before="100"/>
            </w:pPr>
            <w:sdt>
              <w:sdtPr>
                <w:rPr>
                  <w:szCs w:val="20"/>
                </w:rPr>
                <w:alias w:val="Data"/>
                <w:tag w:val="Data"/>
                <w:id w:val="282791727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</w:t>
                </w:r>
              </w:sdtContent>
            </w:sdt>
          </w:p>
        </w:tc>
      </w:tr>
      <w:tr w:rsidR="004F45D4" w14:paraId="0A86ECCC" w14:textId="77777777">
        <w:tc>
          <w:tcPr>
            <w:tcW w:w="5213" w:type="dxa"/>
            <w:gridSpan w:val="12"/>
          </w:tcPr>
          <w:p w14:paraId="363EC041" w14:textId="77777777" w:rsidR="004F45D4" w:rsidRDefault="004F45D4">
            <w:pPr>
              <w:jc w:val="center"/>
            </w:pPr>
          </w:p>
        </w:tc>
        <w:tc>
          <w:tcPr>
            <w:tcW w:w="4118" w:type="dxa"/>
            <w:gridSpan w:val="10"/>
          </w:tcPr>
          <w:p w14:paraId="2062488B" w14:textId="77777777" w:rsidR="004F45D4" w:rsidRDefault="00616687">
            <w:pPr>
              <w:jc w:val="center"/>
            </w:pPr>
            <w:r>
              <w:rPr>
                <w:sz w:val="14"/>
              </w:rPr>
              <w:t>(nazwa organu koncesyjnego lub organu wydającego decyzję)</w:t>
            </w:r>
          </w:p>
        </w:tc>
        <w:tc>
          <w:tcPr>
            <w:tcW w:w="334" w:type="dxa"/>
          </w:tcPr>
          <w:p w14:paraId="7585C88C" w14:textId="77777777" w:rsidR="004F45D4" w:rsidRDefault="004F45D4">
            <w:pPr>
              <w:jc w:val="center"/>
            </w:pPr>
          </w:p>
        </w:tc>
        <w:tc>
          <w:tcPr>
            <w:tcW w:w="2551" w:type="dxa"/>
            <w:gridSpan w:val="5"/>
          </w:tcPr>
          <w:p w14:paraId="286B8AB6" w14:textId="77777777" w:rsidR="004F45D4" w:rsidRDefault="004F45D4">
            <w:pPr>
              <w:jc w:val="center"/>
            </w:pPr>
          </w:p>
        </w:tc>
        <w:tc>
          <w:tcPr>
            <w:tcW w:w="651" w:type="dxa"/>
            <w:gridSpan w:val="3"/>
          </w:tcPr>
          <w:p w14:paraId="40B538AA" w14:textId="77777777" w:rsidR="004F45D4" w:rsidRDefault="004F45D4">
            <w:pPr>
              <w:jc w:val="center"/>
            </w:pPr>
          </w:p>
        </w:tc>
        <w:tc>
          <w:tcPr>
            <w:tcW w:w="1700" w:type="dxa"/>
            <w:gridSpan w:val="2"/>
          </w:tcPr>
          <w:p w14:paraId="034BB5B7" w14:textId="77777777" w:rsidR="004F45D4" w:rsidRDefault="004F45D4">
            <w:pPr>
              <w:jc w:val="center"/>
            </w:pPr>
          </w:p>
        </w:tc>
      </w:tr>
      <w:tr w:rsidR="004F45D4" w14:paraId="4B5E7F56" w14:textId="77777777">
        <w:tc>
          <w:tcPr>
            <w:tcW w:w="2039" w:type="dxa"/>
            <w:gridSpan w:val="2"/>
            <w:vAlign w:val="bottom"/>
          </w:tcPr>
          <w:p w14:paraId="7537143E" w14:textId="77777777" w:rsidR="004F45D4" w:rsidRDefault="00616687">
            <w:pPr>
              <w:spacing w:before="100"/>
            </w:pPr>
            <w:r>
              <w:t xml:space="preserve">Nr bloku koncesyjnego: </w:t>
            </w:r>
          </w:p>
        </w:tc>
        <w:tc>
          <w:tcPr>
            <w:tcW w:w="2551" w:type="dxa"/>
            <w:gridSpan w:val="7"/>
            <w:vAlign w:val="bottom"/>
          </w:tcPr>
          <w:p w14:paraId="5D107FF4" w14:textId="77777777" w:rsidR="004F45D4" w:rsidRDefault="00616687">
            <w:pPr>
              <w:spacing w:before="100"/>
            </w:pPr>
            <w:sdt>
              <w:sdtPr>
                <w:rPr>
                  <w:szCs w:val="20"/>
                </w:rPr>
                <w:alias w:val="Nr bloku koncesyjnego"/>
                <w:tag w:val="Nr bloku koncesyjnego"/>
                <w:id w:val="1839908903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</w:t>
                </w:r>
              </w:sdtContent>
            </w:sdt>
          </w:p>
        </w:tc>
        <w:tc>
          <w:tcPr>
            <w:tcW w:w="2650" w:type="dxa"/>
            <w:gridSpan w:val="8"/>
            <w:vAlign w:val="bottom"/>
          </w:tcPr>
          <w:p w14:paraId="5D09A4DB" w14:textId="77777777" w:rsidR="004F45D4" w:rsidRDefault="00616687">
            <w:pPr>
              <w:spacing w:before="100"/>
            </w:pPr>
            <w:r>
              <w:t xml:space="preserve">  Nazwa obszaru koncesyjnego: </w:t>
            </w:r>
          </w:p>
        </w:tc>
        <w:tc>
          <w:tcPr>
            <w:tcW w:w="7328" w:type="dxa"/>
            <w:gridSpan w:val="16"/>
            <w:vAlign w:val="bottom"/>
          </w:tcPr>
          <w:p w14:paraId="56065101" w14:textId="77777777" w:rsidR="004F45D4" w:rsidRDefault="00616687">
            <w:pPr>
              <w:spacing w:before="100"/>
            </w:pPr>
            <w:sdt>
              <w:sdtPr>
                <w:rPr>
                  <w:szCs w:val="20"/>
                </w:rPr>
                <w:alias w:val="Nazwa obszaru koncesyjnego"/>
                <w:tag w:val="Nazwa obszaru koncesyjnego"/>
                <w:id w:val="1822282336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............................................................................................................................................</w:t>
                </w:r>
              </w:sdtContent>
            </w:sdt>
          </w:p>
        </w:tc>
      </w:tr>
      <w:tr w:rsidR="004F45D4" w14:paraId="0AE71088" w14:textId="77777777">
        <w:tc>
          <w:tcPr>
            <w:tcW w:w="3314" w:type="dxa"/>
            <w:gridSpan w:val="7"/>
            <w:vAlign w:val="bottom"/>
          </w:tcPr>
          <w:p w14:paraId="0347D645" w14:textId="77777777" w:rsidR="004F45D4" w:rsidRDefault="00616687">
            <w:pPr>
              <w:spacing w:before="100"/>
            </w:pPr>
            <w:r>
              <w:t>Data o</w:t>
            </w:r>
            <w:r>
              <w:t>bowiązywania koncesji/decyzji</w:t>
            </w:r>
            <w:r>
              <w:rPr>
                <w:vertAlign w:val="superscript"/>
              </w:rPr>
              <w:t>2)</w:t>
            </w:r>
            <w:r>
              <w:t xml:space="preserve">: </w:t>
            </w:r>
          </w:p>
        </w:tc>
        <w:tc>
          <w:tcPr>
            <w:tcW w:w="2267" w:type="dxa"/>
            <w:gridSpan w:val="6"/>
            <w:vAlign w:val="bottom"/>
          </w:tcPr>
          <w:p w14:paraId="75F3C83D" w14:textId="77777777" w:rsidR="004F45D4" w:rsidRDefault="00616687">
            <w:pPr>
              <w:spacing w:before="100"/>
            </w:pPr>
            <w:sdt>
              <w:sdtPr>
                <w:rPr>
                  <w:szCs w:val="20"/>
                </w:rPr>
                <w:alias w:val="Data obowiązywania"/>
                <w:tag w:val="Data obowiązywania"/>
                <w:id w:val="1279072337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..........................................</w:t>
                </w:r>
              </w:sdtContent>
            </w:sdt>
          </w:p>
        </w:tc>
        <w:tc>
          <w:tcPr>
            <w:tcW w:w="8988" w:type="dxa"/>
            <w:gridSpan w:val="20"/>
            <w:vAlign w:val="bottom"/>
          </w:tcPr>
          <w:p w14:paraId="2455CEB1" w14:textId="77777777" w:rsidR="004F45D4" w:rsidRDefault="004F45D4">
            <w:pPr>
              <w:spacing w:before="100"/>
            </w:pPr>
          </w:p>
        </w:tc>
      </w:tr>
      <w:tr w:rsidR="004F45D4" w14:paraId="44F9AB01" w14:textId="77777777">
        <w:tc>
          <w:tcPr>
            <w:tcW w:w="2383" w:type="dxa"/>
            <w:gridSpan w:val="3"/>
            <w:vAlign w:val="bottom"/>
          </w:tcPr>
          <w:p w14:paraId="5D71D5AC" w14:textId="77777777" w:rsidR="004F45D4" w:rsidRDefault="00616687">
            <w:pPr>
              <w:spacing w:before="100"/>
            </w:pPr>
            <w:r>
              <w:t xml:space="preserve">Data rozpoczęcia wiercenia: </w:t>
            </w:r>
          </w:p>
        </w:tc>
        <w:tc>
          <w:tcPr>
            <w:tcW w:w="2267" w:type="dxa"/>
            <w:gridSpan w:val="7"/>
            <w:vAlign w:val="bottom"/>
          </w:tcPr>
          <w:p w14:paraId="731EFE06" w14:textId="77777777" w:rsidR="004F45D4" w:rsidRDefault="00616687">
            <w:pPr>
              <w:spacing w:before="100"/>
            </w:pPr>
            <w:sdt>
              <w:sdtPr>
                <w:rPr>
                  <w:szCs w:val="20"/>
                </w:rPr>
                <w:alias w:val="Data rozpoczęcia"/>
                <w:tag w:val="Data rozpoczęcia"/>
                <w:id w:val="484822651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..........................................</w:t>
                </w:r>
              </w:sdtContent>
            </w:sdt>
          </w:p>
        </w:tc>
        <w:tc>
          <w:tcPr>
            <w:tcW w:w="9919" w:type="dxa"/>
            <w:gridSpan w:val="23"/>
            <w:vAlign w:val="bottom"/>
          </w:tcPr>
          <w:p w14:paraId="07042485" w14:textId="77777777" w:rsidR="004F45D4" w:rsidRDefault="004F45D4">
            <w:pPr>
              <w:spacing w:before="100"/>
            </w:pPr>
          </w:p>
        </w:tc>
      </w:tr>
      <w:tr w:rsidR="004F45D4" w14:paraId="54BD414B" w14:textId="77777777">
        <w:tc>
          <w:tcPr>
            <w:tcW w:w="2416" w:type="dxa"/>
            <w:gridSpan w:val="4"/>
            <w:vAlign w:val="bottom"/>
          </w:tcPr>
          <w:p w14:paraId="3922110B" w14:textId="77777777" w:rsidR="004F45D4" w:rsidRDefault="00616687">
            <w:pPr>
              <w:spacing w:before="100"/>
            </w:pPr>
            <w:r>
              <w:t xml:space="preserve">Data zakończenia wiercenia: </w:t>
            </w:r>
          </w:p>
        </w:tc>
        <w:tc>
          <w:tcPr>
            <w:tcW w:w="2267" w:type="dxa"/>
            <w:gridSpan w:val="7"/>
            <w:vAlign w:val="bottom"/>
          </w:tcPr>
          <w:p w14:paraId="6AF49801" w14:textId="77777777" w:rsidR="004F45D4" w:rsidRDefault="00616687">
            <w:pPr>
              <w:spacing w:before="100"/>
            </w:pPr>
            <w:sdt>
              <w:sdtPr>
                <w:rPr>
                  <w:szCs w:val="20"/>
                </w:rPr>
                <w:alias w:val="Data zakończenia"/>
                <w:tag w:val="Data zakończenia"/>
                <w:id w:val="1812470694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..........................................</w:t>
                </w:r>
              </w:sdtContent>
            </w:sdt>
          </w:p>
        </w:tc>
        <w:tc>
          <w:tcPr>
            <w:tcW w:w="9885" w:type="dxa"/>
            <w:gridSpan w:val="22"/>
            <w:vAlign w:val="bottom"/>
          </w:tcPr>
          <w:p w14:paraId="4478435E" w14:textId="77777777" w:rsidR="004F45D4" w:rsidRDefault="004F45D4">
            <w:pPr>
              <w:spacing w:before="100"/>
            </w:pPr>
          </w:p>
        </w:tc>
      </w:tr>
      <w:tr w:rsidR="004F45D4" w14:paraId="3290CB6B" w14:textId="77777777">
        <w:tc>
          <w:tcPr>
            <w:tcW w:w="4438" w:type="dxa"/>
            <w:gridSpan w:val="8"/>
            <w:vAlign w:val="bottom"/>
          </w:tcPr>
          <w:p w14:paraId="7B7EB368" w14:textId="77777777" w:rsidR="004F45D4" w:rsidRDefault="00616687">
            <w:pPr>
              <w:keepNext/>
              <w:spacing w:before="240"/>
            </w:pPr>
            <w:r>
              <w:rPr>
                <w:b/>
              </w:rPr>
              <w:t xml:space="preserve">I. Wstępna akceptacja spisu zdawczo-odbiorczego: </w:t>
            </w:r>
          </w:p>
        </w:tc>
        <w:tc>
          <w:tcPr>
            <w:tcW w:w="3401" w:type="dxa"/>
            <w:gridSpan w:val="10"/>
            <w:vAlign w:val="bottom"/>
          </w:tcPr>
          <w:p w14:paraId="46B5A2D4" w14:textId="77777777" w:rsidR="004F45D4" w:rsidRDefault="00616687">
            <w:pPr>
              <w:keepNext/>
              <w:spacing w:before="240"/>
            </w:pPr>
            <w:sdt>
              <w:sdtPr>
                <w:rPr>
                  <w:szCs w:val="20"/>
                </w:rPr>
                <w:alias w:val="Miejscowość, data"/>
                <w:tag w:val="Miejscowość, data"/>
                <w:id w:val="191231278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................................................................</w:t>
                </w:r>
              </w:sdtContent>
            </w:sdt>
          </w:p>
        </w:tc>
        <w:tc>
          <w:tcPr>
            <w:tcW w:w="850" w:type="dxa"/>
            <w:vAlign w:val="bottom"/>
          </w:tcPr>
          <w:p w14:paraId="41347735" w14:textId="77777777" w:rsidR="004F45D4" w:rsidRDefault="004F45D4">
            <w:pPr>
              <w:keepNext/>
              <w:spacing w:before="240"/>
            </w:pPr>
          </w:p>
        </w:tc>
        <w:tc>
          <w:tcPr>
            <w:tcW w:w="4818" w:type="dxa"/>
            <w:gridSpan w:val="13"/>
            <w:vAlign w:val="bottom"/>
          </w:tcPr>
          <w:p w14:paraId="14CDFE14" w14:textId="77777777" w:rsidR="004F45D4" w:rsidRDefault="00616687">
            <w:pPr>
              <w:keepNext/>
              <w:spacing w:before="240"/>
            </w:pPr>
            <w:r>
              <w:t>...........................................................................................</w:t>
            </w:r>
          </w:p>
        </w:tc>
        <w:tc>
          <w:tcPr>
            <w:tcW w:w="1060" w:type="dxa"/>
            <w:vAlign w:val="bottom"/>
          </w:tcPr>
          <w:p w14:paraId="3D99063B" w14:textId="77777777" w:rsidR="004F45D4" w:rsidRDefault="004F45D4">
            <w:pPr>
              <w:keepNext/>
              <w:spacing w:before="240"/>
            </w:pPr>
          </w:p>
        </w:tc>
      </w:tr>
      <w:tr w:rsidR="004F45D4" w14:paraId="3044CD3A" w14:textId="77777777">
        <w:tc>
          <w:tcPr>
            <w:tcW w:w="4438" w:type="dxa"/>
            <w:gridSpan w:val="8"/>
          </w:tcPr>
          <w:p w14:paraId="77D8945F" w14:textId="77777777" w:rsidR="004F45D4" w:rsidRDefault="004F45D4">
            <w:pPr>
              <w:jc w:val="center"/>
            </w:pPr>
          </w:p>
        </w:tc>
        <w:tc>
          <w:tcPr>
            <w:tcW w:w="3401" w:type="dxa"/>
            <w:gridSpan w:val="10"/>
          </w:tcPr>
          <w:p w14:paraId="4AC0EBCF" w14:textId="77777777" w:rsidR="004F45D4" w:rsidRDefault="00616687">
            <w:pPr>
              <w:jc w:val="center"/>
            </w:pPr>
            <w:r>
              <w:rPr>
                <w:sz w:val="14"/>
              </w:rPr>
              <w:t>(miejscowość, data)</w:t>
            </w:r>
          </w:p>
        </w:tc>
        <w:tc>
          <w:tcPr>
            <w:tcW w:w="850" w:type="dxa"/>
          </w:tcPr>
          <w:p w14:paraId="6623423B" w14:textId="77777777" w:rsidR="004F45D4" w:rsidRDefault="004F45D4">
            <w:pPr>
              <w:jc w:val="center"/>
            </w:pPr>
          </w:p>
        </w:tc>
        <w:tc>
          <w:tcPr>
            <w:tcW w:w="4818" w:type="dxa"/>
            <w:gridSpan w:val="13"/>
          </w:tcPr>
          <w:p w14:paraId="71B0D00F" w14:textId="77777777" w:rsidR="004F45D4" w:rsidRDefault="00616687">
            <w:pPr>
              <w:jc w:val="center"/>
            </w:pPr>
            <w:r>
              <w:rPr>
                <w:sz w:val="14"/>
              </w:rPr>
              <w:t>(podpis przedstawiciela państwowej służby geologicznej)</w:t>
            </w:r>
          </w:p>
        </w:tc>
        <w:tc>
          <w:tcPr>
            <w:tcW w:w="1060" w:type="dxa"/>
          </w:tcPr>
          <w:p w14:paraId="272ACE9B" w14:textId="77777777" w:rsidR="004F45D4" w:rsidRDefault="004F45D4">
            <w:pPr>
              <w:jc w:val="center"/>
            </w:pPr>
          </w:p>
        </w:tc>
      </w:tr>
    </w:tbl>
    <w:p w14:paraId="5A81F765" w14:textId="77777777" w:rsidR="004F45D4" w:rsidRDefault="00616687">
      <w:pPr>
        <w:keepNext/>
        <w:spacing w:before="240"/>
      </w:pPr>
      <w:r>
        <w:rPr>
          <w:b/>
        </w:rPr>
        <w:t>II. Potwierdzenie dostarczenia rdzeników bocznych do archiwum</w:t>
      </w:r>
      <w:r>
        <w:rPr>
          <w:b/>
          <w:vertAlign w:val="superscript"/>
        </w:rPr>
        <w:t>1)</w:t>
      </w:r>
      <w:r>
        <w:rPr>
          <w:b/>
        </w:rPr>
        <w:t>:</w:t>
      </w: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340"/>
        <w:gridCol w:w="2606"/>
        <w:gridCol w:w="340"/>
        <w:gridCol w:w="3909"/>
        <w:gridCol w:w="340"/>
        <w:gridCol w:w="4430"/>
      </w:tblGrid>
      <w:tr w:rsidR="004F45D4" w14:paraId="3B82E9B9" w14:textId="77777777">
        <w:tc>
          <w:tcPr>
            <w:tcW w:w="2605" w:type="dxa"/>
            <w:vAlign w:val="bottom"/>
          </w:tcPr>
          <w:p w14:paraId="46FCC8EA" w14:textId="77777777" w:rsidR="004F45D4" w:rsidRDefault="00616687">
            <w:pPr>
              <w:keepNext/>
              <w:spacing w:before="240"/>
            </w:pPr>
            <w:sdt>
              <w:sdtPr>
                <w:rPr>
                  <w:szCs w:val="20"/>
                </w:rPr>
                <w:alias w:val="Miejscowość, data"/>
                <w:tag w:val="Miejscowość, data"/>
                <w:id w:val="306012377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</w:t>
                </w:r>
              </w:sdtContent>
            </w:sdt>
          </w:p>
        </w:tc>
        <w:tc>
          <w:tcPr>
            <w:tcW w:w="340" w:type="dxa"/>
            <w:vAlign w:val="bottom"/>
          </w:tcPr>
          <w:p w14:paraId="6AB49012" w14:textId="77777777" w:rsidR="004F45D4" w:rsidRDefault="004F45D4">
            <w:pPr>
              <w:keepNext/>
              <w:spacing w:before="240"/>
            </w:pPr>
          </w:p>
        </w:tc>
        <w:tc>
          <w:tcPr>
            <w:tcW w:w="2605" w:type="dxa"/>
            <w:vAlign w:val="bottom"/>
          </w:tcPr>
          <w:p w14:paraId="2C08054A" w14:textId="77777777" w:rsidR="004F45D4" w:rsidRDefault="00616687">
            <w:pPr>
              <w:keepNext/>
              <w:spacing w:before="240"/>
            </w:pPr>
            <w:sdt>
              <w:sdtPr>
                <w:rPr>
                  <w:szCs w:val="20"/>
                </w:rPr>
                <w:alias w:val="Liczba"/>
                <w:tag w:val="Liczba"/>
                <w:id w:val="280418712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</w:t>
                </w:r>
              </w:sdtContent>
            </w:sdt>
          </w:p>
        </w:tc>
        <w:tc>
          <w:tcPr>
            <w:tcW w:w="340" w:type="dxa"/>
            <w:vAlign w:val="bottom"/>
          </w:tcPr>
          <w:p w14:paraId="4ABFC04C" w14:textId="77777777" w:rsidR="004F45D4" w:rsidRDefault="004F45D4">
            <w:pPr>
              <w:keepNext/>
              <w:spacing w:before="240"/>
            </w:pPr>
          </w:p>
        </w:tc>
        <w:tc>
          <w:tcPr>
            <w:tcW w:w="3908" w:type="dxa"/>
            <w:vAlign w:val="bottom"/>
          </w:tcPr>
          <w:p w14:paraId="39410A56" w14:textId="77777777" w:rsidR="004F45D4" w:rsidRDefault="00616687">
            <w:pPr>
              <w:keepNext/>
              <w:spacing w:before="240"/>
            </w:pPr>
            <w:r>
              <w:t>..........................................................................</w:t>
            </w:r>
          </w:p>
        </w:tc>
        <w:tc>
          <w:tcPr>
            <w:tcW w:w="340" w:type="dxa"/>
            <w:vAlign w:val="bottom"/>
          </w:tcPr>
          <w:p w14:paraId="0F366035" w14:textId="77777777" w:rsidR="004F45D4" w:rsidRDefault="004F45D4">
            <w:pPr>
              <w:keepNext/>
              <w:spacing w:before="240"/>
            </w:pPr>
          </w:p>
        </w:tc>
        <w:tc>
          <w:tcPr>
            <w:tcW w:w="4429" w:type="dxa"/>
            <w:vAlign w:val="bottom"/>
          </w:tcPr>
          <w:p w14:paraId="3415985D" w14:textId="77777777" w:rsidR="004F45D4" w:rsidRDefault="00616687">
            <w:pPr>
              <w:keepNext/>
              <w:spacing w:before="240"/>
            </w:pPr>
            <w:r>
              <w:t>..........................................................................</w:t>
            </w:r>
            <w:r>
              <w:t>..........</w:t>
            </w:r>
          </w:p>
        </w:tc>
      </w:tr>
      <w:tr w:rsidR="004F45D4" w14:paraId="79AB708A" w14:textId="77777777">
        <w:tc>
          <w:tcPr>
            <w:tcW w:w="2605" w:type="dxa"/>
          </w:tcPr>
          <w:p w14:paraId="284D320E" w14:textId="77777777" w:rsidR="004F45D4" w:rsidRDefault="00616687">
            <w:pPr>
              <w:jc w:val="center"/>
            </w:pPr>
            <w:r>
              <w:rPr>
                <w:sz w:val="14"/>
              </w:rPr>
              <w:t>(miejscowość, data)</w:t>
            </w:r>
          </w:p>
        </w:tc>
        <w:tc>
          <w:tcPr>
            <w:tcW w:w="340" w:type="dxa"/>
          </w:tcPr>
          <w:p w14:paraId="34860061" w14:textId="77777777" w:rsidR="004F45D4" w:rsidRDefault="004F45D4">
            <w:pPr>
              <w:jc w:val="center"/>
            </w:pPr>
          </w:p>
        </w:tc>
        <w:tc>
          <w:tcPr>
            <w:tcW w:w="2605" w:type="dxa"/>
          </w:tcPr>
          <w:p w14:paraId="13C9530C" w14:textId="77777777" w:rsidR="004F45D4" w:rsidRDefault="00616687">
            <w:pPr>
              <w:jc w:val="center"/>
            </w:pPr>
            <w:r>
              <w:rPr>
                <w:sz w:val="14"/>
              </w:rPr>
              <w:t>(liczba opakowań zbiorczych)</w:t>
            </w:r>
          </w:p>
        </w:tc>
        <w:tc>
          <w:tcPr>
            <w:tcW w:w="340" w:type="dxa"/>
          </w:tcPr>
          <w:p w14:paraId="2D83A39D" w14:textId="77777777" w:rsidR="004F45D4" w:rsidRDefault="004F45D4">
            <w:pPr>
              <w:jc w:val="center"/>
            </w:pPr>
          </w:p>
        </w:tc>
        <w:tc>
          <w:tcPr>
            <w:tcW w:w="3908" w:type="dxa"/>
          </w:tcPr>
          <w:p w14:paraId="2E2896FA" w14:textId="77777777" w:rsidR="004F45D4" w:rsidRDefault="00616687">
            <w:pPr>
              <w:jc w:val="center"/>
            </w:pPr>
            <w:r>
              <w:rPr>
                <w:sz w:val="14"/>
              </w:rPr>
              <w:t>(podpis przekazującego)</w:t>
            </w:r>
          </w:p>
        </w:tc>
        <w:tc>
          <w:tcPr>
            <w:tcW w:w="340" w:type="dxa"/>
          </w:tcPr>
          <w:p w14:paraId="6634BF99" w14:textId="77777777" w:rsidR="004F45D4" w:rsidRDefault="004F45D4">
            <w:pPr>
              <w:jc w:val="center"/>
            </w:pPr>
          </w:p>
        </w:tc>
        <w:tc>
          <w:tcPr>
            <w:tcW w:w="4429" w:type="dxa"/>
          </w:tcPr>
          <w:p w14:paraId="10A73510" w14:textId="77777777" w:rsidR="004F45D4" w:rsidRDefault="00616687">
            <w:pPr>
              <w:jc w:val="center"/>
            </w:pPr>
            <w:r>
              <w:rPr>
                <w:sz w:val="14"/>
              </w:rPr>
              <w:t>(podpis przedstawiciela państwowej służby geologicznej)</w:t>
            </w:r>
          </w:p>
        </w:tc>
      </w:tr>
    </w:tbl>
    <w:p w14:paraId="41095425" w14:textId="77777777" w:rsidR="004F45D4" w:rsidRDefault="00616687">
      <w:pPr>
        <w:keepNext/>
        <w:spacing w:before="160"/>
      </w:pPr>
      <w:r>
        <w:t>Uwagi państwowej służby geologicznej:</w:t>
      </w:r>
    </w:p>
    <w:sdt>
      <w:sdtPr>
        <w:rPr>
          <w:szCs w:val="20"/>
        </w:rPr>
        <w:alias w:val="Uwagi państwowej służby geologicznej"/>
        <w:tag w:val="Uwagi państwowej służby geologicznej"/>
        <w:id w:val="1741530080"/>
        <w:showingPlcHdr/>
      </w:sdtPr>
      <w:sdtEndPr/>
      <w:sdtContent>
        <w:p w14:paraId="1DEDEC94" w14:textId="77777777" w:rsidR="004F45D4" w:rsidRDefault="00616687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</w:t>
          </w:r>
        </w:p>
        <w:p w14:paraId="4B99BB23" w14:textId="77777777" w:rsidR="004F45D4" w:rsidRDefault="00616687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</w:t>
          </w:r>
        </w:p>
        <w:p w14:paraId="63AD1198" w14:textId="77777777" w:rsidR="004F45D4" w:rsidRDefault="00616687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.................................................................</w:t>
          </w:r>
        </w:p>
      </w:sdtContent>
    </w:sdt>
    <w:p w14:paraId="0188D2EF" w14:textId="77777777" w:rsidR="004F45D4" w:rsidRDefault="00616687">
      <w:pPr>
        <w:keepNext/>
        <w:pageBreakBefore/>
        <w:spacing w:after="80"/>
      </w:pPr>
      <w:r>
        <w:rPr>
          <w:b/>
        </w:rPr>
        <w:lastRenderedPageBreak/>
        <w:t>III. Potwierdzenie przyjęcia rdzeników bocznych do archiwum</w:t>
      </w:r>
      <w:r>
        <w:rPr>
          <w:b/>
          <w:vertAlign w:val="superscript"/>
        </w:rPr>
        <w:t>1)</w:t>
      </w:r>
      <w:r>
        <w:rPr>
          <w:b/>
        </w:rPr>
        <w:t>:</w:t>
      </w:r>
    </w:p>
    <w:tbl>
      <w:tblPr>
        <w:tblW w:w="14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"/>
        <w:gridCol w:w="564"/>
        <w:gridCol w:w="1469"/>
        <w:gridCol w:w="1694"/>
        <w:gridCol w:w="1243"/>
        <w:gridCol w:w="1243"/>
        <w:gridCol w:w="3220"/>
        <w:gridCol w:w="567"/>
        <w:gridCol w:w="1975"/>
        <w:gridCol w:w="2542"/>
        <w:gridCol w:w="47"/>
      </w:tblGrid>
      <w:tr w:rsidR="004F45D4" w14:paraId="43CE9C66" w14:textId="77777777">
        <w:trPr>
          <w:gridAfter w:val="1"/>
          <w:wAfter w:w="47" w:type="dxa"/>
          <w:cantSplit/>
          <w:tblHeader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EB6" w14:textId="77777777" w:rsidR="004F45D4" w:rsidRDefault="00616687">
            <w:pPr>
              <w:spacing w:before="20" w:after="20"/>
              <w:jc w:val="center"/>
            </w:pPr>
            <w:r>
              <w:rPr>
                <w:sz w:val="16"/>
              </w:rPr>
              <w:t>Lp.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4C8C" w14:textId="77777777" w:rsidR="004F45D4" w:rsidRDefault="00616687">
            <w:pPr>
              <w:spacing w:before="20"/>
              <w:jc w:val="center"/>
            </w:pPr>
            <w:r>
              <w:rPr>
                <w:sz w:val="16"/>
              </w:rPr>
              <w:t>Nr rdzenika</w:t>
            </w:r>
          </w:p>
          <w:p w14:paraId="1F92629D" w14:textId="77777777" w:rsidR="004F45D4" w:rsidRDefault="00616687">
            <w:pPr>
              <w:spacing w:after="20"/>
              <w:jc w:val="center"/>
            </w:pPr>
            <w:r>
              <w:rPr>
                <w:sz w:val="16"/>
              </w:rPr>
              <w:t>bocznego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ED03" w14:textId="77777777" w:rsidR="004F45D4" w:rsidRDefault="00616687">
            <w:pPr>
              <w:spacing w:before="20"/>
              <w:jc w:val="center"/>
            </w:pPr>
            <w:r>
              <w:rPr>
                <w:sz w:val="16"/>
              </w:rPr>
              <w:t>Głębokość pobrania</w:t>
            </w:r>
          </w:p>
          <w:p w14:paraId="55DA6CF9" w14:textId="77777777" w:rsidR="004F45D4" w:rsidRDefault="00616687">
            <w:pPr>
              <w:jc w:val="center"/>
            </w:pPr>
            <w:r>
              <w:rPr>
                <w:sz w:val="16"/>
              </w:rPr>
              <w:t>rdzenika bocznego</w:t>
            </w:r>
          </w:p>
          <w:p w14:paraId="379360FA" w14:textId="77777777" w:rsidR="004F45D4" w:rsidRDefault="00616687">
            <w:pPr>
              <w:spacing w:after="20"/>
              <w:jc w:val="center"/>
            </w:pPr>
            <w:r>
              <w:rPr>
                <w:sz w:val="16"/>
              </w:rPr>
              <w:t>[m]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C2C77" w14:textId="77777777" w:rsidR="004F45D4" w:rsidRDefault="00616687">
            <w:pPr>
              <w:spacing w:before="20"/>
              <w:jc w:val="center"/>
            </w:pPr>
            <w:r>
              <w:rPr>
                <w:sz w:val="16"/>
              </w:rPr>
              <w:t>Długość</w:t>
            </w:r>
          </w:p>
          <w:p w14:paraId="04429C50" w14:textId="77777777" w:rsidR="004F45D4" w:rsidRDefault="00616687">
            <w:pPr>
              <w:jc w:val="center"/>
            </w:pPr>
            <w:r>
              <w:rPr>
                <w:sz w:val="16"/>
              </w:rPr>
              <w:t>rdzenika</w:t>
            </w:r>
          </w:p>
          <w:p w14:paraId="0A735CB1" w14:textId="77777777" w:rsidR="004F45D4" w:rsidRDefault="00616687">
            <w:pPr>
              <w:jc w:val="center"/>
            </w:pPr>
            <w:r>
              <w:rPr>
                <w:sz w:val="16"/>
              </w:rPr>
              <w:t>bocznego</w:t>
            </w:r>
          </w:p>
          <w:p w14:paraId="06B7AB8D" w14:textId="77777777" w:rsidR="004F45D4" w:rsidRDefault="00616687">
            <w:pPr>
              <w:spacing w:after="20"/>
              <w:jc w:val="center"/>
            </w:pPr>
            <w:r>
              <w:rPr>
                <w:sz w:val="16"/>
              </w:rPr>
              <w:t>[cm]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EB02" w14:textId="77777777" w:rsidR="004F45D4" w:rsidRDefault="00616687">
            <w:pPr>
              <w:spacing w:before="20"/>
              <w:jc w:val="center"/>
            </w:pPr>
            <w:r>
              <w:rPr>
                <w:sz w:val="16"/>
              </w:rPr>
              <w:t>Średnica</w:t>
            </w:r>
          </w:p>
          <w:p w14:paraId="6F107AB3" w14:textId="77777777" w:rsidR="004F45D4" w:rsidRDefault="00616687">
            <w:pPr>
              <w:jc w:val="center"/>
            </w:pPr>
            <w:r>
              <w:rPr>
                <w:sz w:val="16"/>
              </w:rPr>
              <w:t>rdzenika</w:t>
            </w:r>
          </w:p>
          <w:p w14:paraId="66401019" w14:textId="77777777" w:rsidR="004F45D4" w:rsidRDefault="00616687">
            <w:pPr>
              <w:jc w:val="center"/>
            </w:pPr>
            <w:r>
              <w:rPr>
                <w:sz w:val="16"/>
              </w:rPr>
              <w:t>bocznego</w:t>
            </w:r>
          </w:p>
          <w:p w14:paraId="42B67EA7" w14:textId="77777777" w:rsidR="004F45D4" w:rsidRDefault="00616687">
            <w:pPr>
              <w:spacing w:after="20"/>
              <w:jc w:val="center"/>
            </w:pPr>
            <w:r>
              <w:rPr>
                <w:sz w:val="16"/>
              </w:rPr>
              <w:t>[cm]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91E6" w14:textId="77777777" w:rsidR="004F45D4" w:rsidRDefault="00616687">
            <w:pPr>
              <w:spacing w:before="20" w:after="20"/>
              <w:jc w:val="center"/>
            </w:pPr>
            <w:r>
              <w:rPr>
                <w:sz w:val="16"/>
              </w:rPr>
              <w:t>Uwagi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1E77" w14:textId="77777777" w:rsidR="004F45D4" w:rsidRDefault="00616687">
            <w:pPr>
              <w:spacing w:before="20" w:after="20"/>
              <w:jc w:val="center"/>
            </w:pPr>
            <w:r>
              <w:rPr>
                <w:sz w:val="16"/>
              </w:rPr>
              <w:t>Nr opakowania zbiorczego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C8316" w14:textId="77777777" w:rsidR="004F45D4" w:rsidRDefault="00616687">
            <w:pPr>
              <w:spacing w:before="20"/>
              <w:jc w:val="center"/>
            </w:pPr>
            <w:r>
              <w:rPr>
                <w:sz w:val="16"/>
              </w:rPr>
              <w:t>Liczba rdzeników bocznych</w:t>
            </w:r>
          </w:p>
          <w:p w14:paraId="312DC440" w14:textId="77777777" w:rsidR="004F45D4" w:rsidRDefault="00616687">
            <w:pPr>
              <w:spacing w:after="20"/>
              <w:jc w:val="center"/>
            </w:pPr>
            <w:r>
              <w:rPr>
                <w:sz w:val="16"/>
              </w:rPr>
              <w:t>w opakowaniu zbiorczym</w:t>
            </w:r>
          </w:p>
        </w:tc>
      </w:tr>
      <w:tr w:rsidR="004F45D4" w14:paraId="4B47922A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C407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2B9D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11587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3C0AB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5E27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FC5BA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35F4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B31F" w14:textId="77777777" w:rsidR="004F45D4" w:rsidRDefault="004F45D4"/>
        </w:tc>
      </w:tr>
      <w:tr w:rsidR="004F45D4" w14:paraId="0A08062A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F304C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A1B0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9AC2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4B255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A4703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330A7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E6C75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8CA8" w14:textId="77777777" w:rsidR="004F45D4" w:rsidRDefault="004F45D4"/>
        </w:tc>
      </w:tr>
      <w:tr w:rsidR="004F45D4" w14:paraId="70CA0362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39EB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E336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44565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DEB3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5CE8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0EFE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F087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451B" w14:textId="77777777" w:rsidR="004F45D4" w:rsidRDefault="004F45D4"/>
        </w:tc>
      </w:tr>
      <w:tr w:rsidR="004F45D4" w14:paraId="05D90C42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0B9FF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149E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FF51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7B1A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96284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6C7F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186F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61B10" w14:textId="77777777" w:rsidR="004F45D4" w:rsidRDefault="004F45D4"/>
        </w:tc>
      </w:tr>
      <w:tr w:rsidR="004F45D4" w14:paraId="136588D1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F27A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1C7F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7F674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66A1A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367E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471D0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2417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2CA5" w14:textId="77777777" w:rsidR="004F45D4" w:rsidRDefault="004F45D4"/>
        </w:tc>
      </w:tr>
      <w:tr w:rsidR="004F45D4" w14:paraId="78D5E110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695B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CA113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27A6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EBAB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A2DD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C469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DEF6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7615" w14:textId="77777777" w:rsidR="004F45D4" w:rsidRDefault="004F45D4"/>
        </w:tc>
      </w:tr>
      <w:tr w:rsidR="004F45D4" w14:paraId="4F8868EF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100F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E2FE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D186C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9B2A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4903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DF1F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525F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4E37F" w14:textId="77777777" w:rsidR="004F45D4" w:rsidRDefault="004F45D4"/>
        </w:tc>
      </w:tr>
      <w:tr w:rsidR="004F45D4" w14:paraId="4F0BA687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84F2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15DF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03AC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4BA78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27764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B2374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D0BC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3B3F4" w14:textId="77777777" w:rsidR="004F45D4" w:rsidRDefault="004F45D4"/>
        </w:tc>
      </w:tr>
      <w:tr w:rsidR="004F45D4" w14:paraId="35DD2C20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71DF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2FE8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3C474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46292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3902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5BD85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6F35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2091" w14:textId="77777777" w:rsidR="004F45D4" w:rsidRDefault="004F45D4"/>
        </w:tc>
      </w:tr>
      <w:tr w:rsidR="004F45D4" w14:paraId="3856237A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8C1D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E8C2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F4B78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F1CAC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E9C5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0B00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D013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30EA" w14:textId="77777777" w:rsidR="004F45D4" w:rsidRDefault="004F45D4"/>
        </w:tc>
      </w:tr>
      <w:tr w:rsidR="004F45D4" w14:paraId="475062F4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C813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690F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03FE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132C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5F1E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DD76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5D05B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720C1" w14:textId="77777777" w:rsidR="004F45D4" w:rsidRDefault="004F45D4"/>
        </w:tc>
      </w:tr>
      <w:tr w:rsidR="004F45D4" w14:paraId="4A21C9F4" w14:textId="77777777">
        <w:trPr>
          <w:gridAfter w:val="1"/>
          <w:wAfter w:w="47" w:type="dxa"/>
          <w:trHeight w:val="340"/>
          <w:jc w:val="center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187C" w14:textId="77777777" w:rsidR="004F45D4" w:rsidRDefault="004F45D4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531D3" w14:textId="77777777" w:rsidR="004F45D4" w:rsidRDefault="004F45D4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5154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F003" w14:textId="77777777" w:rsidR="004F45D4" w:rsidRDefault="004F45D4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7D87" w14:textId="77777777" w:rsidR="004F45D4" w:rsidRDefault="004F45D4"/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5871A" w14:textId="77777777" w:rsidR="004F45D4" w:rsidRDefault="004F45D4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CA8DD" w14:textId="77777777" w:rsidR="004F45D4" w:rsidRDefault="004F45D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1DE0" w14:textId="77777777" w:rsidR="004F45D4" w:rsidRDefault="004F45D4"/>
        </w:tc>
      </w:tr>
      <w:tr w:rsidR="004F45D4" w14:paraId="68D64650" w14:textId="77777777">
        <w:tblPrEx>
          <w:jc w:val="left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CellMar>
            <w:left w:w="0" w:type="dxa"/>
            <w:right w:w="0" w:type="dxa"/>
          </w:tblCellMar>
        </w:tblPrEx>
        <w:trPr>
          <w:gridBefore w:val="1"/>
        </w:trPr>
        <w:tc>
          <w:tcPr>
            <w:tcW w:w="10034" w:type="dxa"/>
            <w:gridSpan w:val="7"/>
            <w:vAlign w:val="bottom"/>
          </w:tcPr>
          <w:p w14:paraId="0D4D7C98" w14:textId="77777777" w:rsidR="004F45D4" w:rsidRDefault="004F45D4">
            <w:pPr>
              <w:keepNext/>
              <w:spacing w:before="280"/>
            </w:pPr>
          </w:p>
        </w:tc>
        <w:tc>
          <w:tcPr>
            <w:tcW w:w="4535" w:type="dxa"/>
            <w:gridSpan w:val="3"/>
            <w:vAlign w:val="bottom"/>
          </w:tcPr>
          <w:p w14:paraId="70B19CB9" w14:textId="77777777" w:rsidR="004F45D4" w:rsidRDefault="00616687">
            <w:pPr>
              <w:keepNext/>
              <w:spacing w:before="280"/>
            </w:pPr>
            <w:r>
              <w:t>......................................................................................</w:t>
            </w:r>
          </w:p>
        </w:tc>
      </w:tr>
      <w:tr w:rsidR="004F45D4" w14:paraId="0A6C3AA8" w14:textId="77777777">
        <w:tblPrEx>
          <w:jc w:val="left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CellMar>
            <w:left w:w="0" w:type="dxa"/>
            <w:right w:w="0" w:type="dxa"/>
          </w:tblCellMar>
        </w:tblPrEx>
        <w:trPr>
          <w:gridBefore w:val="1"/>
        </w:trPr>
        <w:tc>
          <w:tcPr>
            <w:tcW w:w="10034" w:type="dxa"/>
            <w:gridSpan w:val="7"/>
          </w:tcPr>
          <w:p w14:paraId="7F54547C" w14:textId="77777777" w:rsidR="004F45D4" w:rsidRDefault="004F45D4">
            <w:pPr>
              <w:jc w:val="center"/>
            </w:pPr>
          </w:p>
        </w:tc>
        <w:tc>
          <w:tcPr>
            <w:tcW w:w="4535" w:type="dxa"/>
            <w:gridSpan w:val="3"/>
          </w:tcPr>
          <w:p w14:paraId="613A08B0" w14:textId="77777777" w:rsidR="004F45D4" w:rsidRDefault="00616687">
            <w:pPr>
              <w:jc w:val="center"/>
            </w:pPr>
            <w:r>
              <w:rPr>
                <w:sz w:val="14"/>
              </w:rPr>
              <w:t>(podpis przekazującego)</w:t>
            </w:r>
          </w:p>
        </w:tc>
      </w:tr>
    </w:tbl>
    <w:p w14:paraId="7512F607" w14:textId="77777777" w:rsidR="004F45D4" w:rsidRDefault="00616687">
      <w:pPr>
        <w:keepNext/>
        <w:spacing w:before="80"/>
      </w:pPr>
      <w:r>
        <w:t>Uwagi państwowej służby geologicznej:</w:t>
      </w:r>
    </w:p>
    <w:sdt>
      <w:sdtPr>
        <w:rPr>
          <w:szCs w:val="20"/>
        </w:rPr>
        <w:alias w:val="Uwagi państwowej służby geologicznej"/>
        <w:tag w:val="Uwagi państwowej służby geologicznej"/>
        <w:id w:val="1017211433"/>
        <w:showingPlcHdr/>
      </w:sdtPr>
      <w:sdtEndPr/>
      <w:sdtContent>
        <w:p w14:paraId="737550D1" w14:textId="77777777" w:rsidR="004F45D4" w:rsidRDefault="00616687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</w:t>
          </w:r>
        </w:p>
        <w:p w14:paraId="76AA5FE1" w14:textId="77777777" w:rsidR="004F45D4" w:rsidRDefault="00616687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</w:t>
          </w:r>
        </w:p>
        <w:p w14:paraId="012D219E" w14:textId="77777777" w:rsidR="004F45D4" w:rsidRDefault="00616687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.................................................................</w:t>
          </w:r>
        </w:p>
        <w:p w14:paraId="3B6F6D03" w14:textId="77777777" w:rsidR="004F45D4" w:rsidRDefault="00616687">
          <w:pPr>
            <w:spacing w:before="40"/>
          </w:pPr>
          <w:r>
            <w:rPr>
              <w:szCs w:val="20"/>
            </w:rPr>
            <w:t>..............................................................................................................................................................................................</w:t>
          </w:r>
          <w:r>
            <w:rPr>
              <w:szCs w:val="20"/>
            </w:rPr>
            <w:t>.......................................................................................</w:t>
          </w:r>
        </w:p>
      </w:sdtContent>
    </w:sdt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4F45D4" w14:paraId="26433B21" w14:textId="77777777">
        <w:tc>
          <w:tcPr>
            <w:tcW w:w="14570" w:type="dxa"/>
            <w:vAlign w:val="bottom"/>
          </w:tcPr>
          <w:p w14:paraId="3CB5D1ED" w14:textId="77777777" w:rsidR="004F45D4" w:rsidRDefault="00616687">
            <w:pPr>
              <w:keepNext/>
              <w:spacing w:before="280"/>
            </w:pPr>
            <w:r>
              <w:t>......................................................................................................................................................................</w:t>
            </w:r>
            <w:r>
              <w:t>..................................................................................................................</w:t>
            </w:r>
          </w:p>
        </w:tc>
      </w:tr>
      <w:tr w:rsidR="004F45D4" w14:paraId="44044C62" w14:textId="77777777">
        <w:tc>
          <w:tcPr>
            <w:tcW w:w="14570" w:type="dxa"/>
          </w:tcPr>
          <w:p w14:paraId="7C402625" w14:textId="77777777" w:rsidR="004F45D4" w:rsidRDefault="00616687">
            <w:pPr>
              <w:jc w:val="center"/>
            </w:pPr>
            <w:r>
              <w:rPr>
                <w:sz w:val="14"/>
              </w:rPr>
              <w:t xml:space="preserve">(podpisy osób uczestniczących w sprawdzeniu zgodności dostarczonych rdzeników bocznych ze spisem zdawczo-odbiorczym oraz </w:t>
            </w:r>
            <w:r>
              <w:rPr>
                <w:sz w:val="14"/>
              </w:rPr>
              <w:t>wymaganiami dotyczącymi sposobu oznaczenia i przekazania rdzeników bocznych)</w:t>
            </w:r>
          </w:p>
        </w:tc>
      </w:tr>
    </w:tbl>
    <w:p w14:paraId="73F317A7" w14:textId="77777777" w:rsidR="004F45D4" w:rsidRDefault="00616687">
      <w:pPr>
        <w:keepNext/>
        <w:spacing w:before="200"/>
      </w:pPr>
      <w:sdt>
        <w:sdtPr>
          <w:rPr>
            <w:b/>
            <w:szCs w:val="20"/>
          </w:rPr>
          <w:alias w:val="Potwierdzenie przyjęcia"/>
          <w:tag w:val="Potwierdzenie przyjęcia"/>
          <w:id w:val="242029949"/>
          <w:showingPlcHdr/>
          <w:dropDownList>
            <w:listItem w:displayText="Potwierdzam przyjęcie / odmawiam przyjęcia" w:value="Potwierdzam przyjęcie / odmawiam przyjęcia"/>
            <w:listItem w:displayText="Potwierdzam przyjęcie" w:value="Potwierdzam przyjęcie"/>
            <w:listItem w:displayText="Odmawiam przyjęcia" w:value="Odmawiam przyjęcia"/>
          </w:dropDownList>
        </w:sdtPr>
        <w:sdtEndPr/>
        <w:sdtContent>
          <w:r>
            <w:rPr>
              <w:b/>
              <w:szCs w:val="20"/>
            </w:rPr>
            <w:t>Potwierdzam przyjęcie / odmawiam przyjęcia</w:t>
          </w:r>
        </w:sdtContent>
      </w:sdt>
      <w:r>
        <w:rPr>
          <w:b/>
          <w:vertAlign w:val="superscript"/>
        </w:rPr>
        <w:t>2)</w:t>
      </w:r>
      <w:r>
        <w:rPr>
          <w:b/>
        </w:rPr>
        <w:t xml:space="preserve"> do archiwum rdzeników bocznych.</w:t>
      </w:r>
    </w:p>
    <w:tbl>
      <w:tblPr>
        <w:tblW w:w="14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53"/>
        <w:gridCol w:w="2268"/>
        <w:gridCol w:w="453"/>
        <w:gridCol w:w="5386"/>
        <w:gridCol w:w="3175"/>
      </w:tblGrid>
      <w:tr w:rsidR="004F45D4" w14:paraId="54785AA3" w14:textId="77777777">
        <w:tc>
          <w:tcPr>
            <w:tcW w:w="2834" w:type="dxa"/>
            <w:vAlign w:val="bottom"/>
          </w:tcPr>
          <w:p w14:paraId="4FDF4985" w14:textId="77777777" w:rsidR="004F45D4" w:rsidRDefault="00616687">
            <w:pPr>
              <w:keepNext/>
              <w:spacing w:before="320"/>
            </w:pPr>
            <w:sdt>
              <w:sdtPr>
                <w:rPr>
                  <w:szCs w:val="20"/>
                </w:rPr>
                <w:alias w:val="Miejscowość"/>
                <w:tag w:val="Miejscowość"/>
                <w:id w:val="1136600999"/>
                <w:showingPlcHdr/>
                <w:text/>
              </w:sdtPr>
              <w:sdtEndPr/>
              <w:sdtContent>
                <w:r>
                  <w:rPr>
                    <w:szCs w:val="20"/>
                  </w:rPr>
                  <w:t>.....................................................</w:t>
                </w:r>
              </w:sdtContent>
            </w:sdt>
          </w:p>
        </w:tc>
        <w:tc>
          <w:tcPr>
            <w:tcW w:w="453" w:type="dxa"/>
            <w:vAlign w:val="bottom"/>
          </w:tcPr>
          <w:p w14:paraId="441443DD" w14:textId="77777777" w:rsidR="004F45D4" w:rsidRDefault="004F45D4">
            <w:pPr>
              <w:keepNext/>
              <w:spacing w:before="320"/>
            </w:pPr>
          </w:p>
        </w:tc>
        <w:tc>
          <w:tcPr>
            <w:tcW w:w="2267" w:type="dxa"/>
            <w:vAlign w:val="bottom"/>
          </w:tcPr>
          <w:p w14:paraId="587C593D" w14:textId="77777777" w:rsidR="004F45D4" w:rsidRDefault="00616687">
            <w:pPr>
              <w:keepNext/>
              <w:spacing w:before="320"/>
            </w:pPr>
            <w:sdt>
              <w:sdtPr>
                <w:rPr>
                  <w:szCs w:val="20"/>
                </w:rPr>
                <w:alias w:val="Data"/>
                <w:tag w:val="Data"/>
                <w:id w:val="201855124"/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20"/>
                  </w:rPr>
                  <w:t>..........................................</w:t>
                </w:r>
              </w:sdtContent>
            </w:sdt>
          </w:p>
        </w:tc>
        <w:tc>
          <w:tcPr>
            <w:tcW w:w="453" w:type="dxa"/>
            <w:vAlign w:val="bottom"/>
          </w:tcPr>
          <w:p w14:paraId="35785ED7" w14:textId="77777777" w:rsidR="004F45D4" w:rsidRDefault="004F45D4">
            <w:pPr>
              <w:keepNext/>
              <w:spacing w:before="320"/>
            </w:pPr>
          </w:p>
        </w:tc>
        <w:tc>
          <w:tcPr>
            <w:tcW w:w="5385" w:type="dxa"/>
            <w:vAlign w:val="bottom"/>
          </w:tcPr>
          <w:p w14:paraId="65DB243D" w14:textId="77777777" w:rsidR="004F45D4" w:rsidRDefault="00616687">
            <w:pPr>
              <w:keepNext/>
              <w:spacing w:before="320"/>
            </w:pPr>
            <w:r>
              <w:t>......................................................................................................</w:t>
            </w:r>
          </w:p>
        </w:tc>
        <w:tc>
          <w:tcPr>
            <w:tcW w:w="3174" w:type="dxa"/>
            <w:vAlign w:val="bottom"/>
          </w:tcPr>
          <w:p w14:paraId="230A129A" w14:textId="77777777" w:rsidR="004F45D4" w:rsidRDefault="004F45D4">
            <w:pPr>
              <w:keepNext/>
              <w:spacing w:before="320"/>
            </w:pPr>
          </w:p>
        </w:tc>
      </w:tr>
      <w:tr w:rsidR="004F45D4" w14:paraId="7B7744CE" w14:textId="77777777">
        <w:tc>
          <w:tcPr>
            <w:tcW w:w="2834" w:type="dxa"/>
          </w:tcPr>
          <w:p w14:paraId="2839FE00" w14:textId="77777777" w:rsidR="004F45D4" w:rsidRDefault="00616687">
            <w:pPr>
              <w:jc w:val="center"/>
            </w:pPr>
            <w:r>
              <w:rPr>
                <w:sz w:val="14"/>
              </w:rPr>
              <w:t>(miejscowość)</w:t>
            </w:r>
          </w:p>
        </w:tc>
        <w:tc>
          <w:tcPr>
            <w:tcW w:w="453" w:type="dxa"/>
          </w:tcPr>
          <w:p w14:paraId="53D21739" w14:textId="77777777" w:rsidR="004F45D4" w:rsidRDefault="004F45D4">
            <w:pPr>
              <w:jc w:val="center"/>
            </w:pPr>
          </w:p>
        </w:tc>
        <w:tc>
          <w:tcPr>
            <w:tcW w:w="2267" w:type="dxa"/>
          </w:tcPr>
          <w:p w14:paraId="3DD1BBA6" w14:textId="77777777" w:rsidR="004F45D4" w:rsidRDefault="00616687">
            <w:pPr>
              <w:jc w:val="center"/>
            </w:pPr>
            <w:r>
              <w:rPr>
                <w:sz w:val="14"/>
              </w:rPr>
              <w:t>(data)</w:t>
            </w:r>
          </w:p>
        </w:tc>
        <w:tc>
          <w:tcPr>
            <w:tcW w:w="453" w:type="dxa"/>
          </w:tcPr>
          <w:p w14:paraId="3218B642" w14:textId="77777777" w:rsidR="004F45D4" w:rsidRDefault="004F45D4">
            <w:pPr>
              <w:jc w:val="center"/>
            </w:pPr>
          </w:p>
        </w:tc>
        <w:tc>
          <w:tcPr>
            <w:tcW w:w="5385" w:type="dxa"/>
          </w:tcPr>
          <w:p w14:paraId="7914CB7A" w14:textId="77777777" w:rsidR="004F45D4" w:rsidRDefault="00616687">
            <w:pPr>
              <w:jc w:val="center"/>
            </w:pPr>
            <w:r>
              <w:rPr>
                <w:sz w:val="14"/>
              </w:rPr>
              <w:t>(podpis przedstawiciela państwowej służby geologicznej)</w:t>
            </w:r>
          </w:p>
        </w:tc>
        <w:tc>
          <w:tcPr>
            <w:tcW w:w="3174" w:type="dxa"/>
          </w:tcPr>
          <w:p w14:paraId="2DCF0ECB" w14:textId="77777777" w:rsidR="004F45D4" w:rsidRDefault="004F45D4">
            <w:pPr>
              <w:jc w:val="center"/>
            </w:pPr>
          </w:p>
        </w:tc>
      </w:tr>
    </w:tbl>
    <w:p w14:paraId="2997827B" w14:textId="77777777" w:rsidR="004F45D4" w:rsidRDefault="00616687">
      <w:pPr>
        <w:keepNext/>
        <w:spacing w:before="200"/>
      </w:pPr>
      <w:r>
        <w:rPr>
          <w:spacing w:val="30"/>
          <w:sz w:val="16"/>
        </w:rPr>
        <w:t>Objaśnienie:</w:t>
      </w:r>
    </w:p>
    <w:p w14:paraId="34757509" w14:textId="77777777" w:rsidR="004F45D4" w:rsidRDefault="00616687">
      <w:pPr>
        <w:keepNext/>
      </w:pPr>
      <w:r>
        <w:rPr>
          <w:sz w:val="16"/>
          <w:vertAlign w:val="superscript"/>
        </w:rPr>
        <w:t>1)</w:t>
      </w:r>
      <w:r>
        <w:rPr>
          <w:sz w:val="16"/>
        </w:rPr>
        <w:t xml:space="preserve"> Centralne archiwum geologiczne, o którym mowa w art. 162 ust. 1 pkt 2 ustawy z dnia 9 czerwca 2011 r. – Prawo geologiczne i górnicze (Dz. U. z 2026 r. poz. 69).</w:t>
      </w:r>
    </w:p>
    <w:p w14:paraId="1917B7A2" w14:textId="77777777" w:rsidR="004F45D4" w:rsidRDefault="00616687">
      <w:r>
        <w:rPr>
          <w:sz w:val="16"/>
          <w:vertAlign w:val="superscript"/>
        </w:rPr>
        <w:t>2)</w:t>
      </w:r>
      <w:r>
        <w:rPr>
          <w:sz w:val="16"/>
        </w:rPr>
        <w:t xml:space="preserve"> Niepotrzebne skreślić.</w:t>
      </w:r>
    </w:p>
    <w:sectPr w:rsidR="004F45D4" w:rsidSect="00034616">
      <w:pgSz w:w="16838" w:h="11906" w:orient="landscape"/>
      <w:pgMar w:top="850" w:right="1134" w:bottom="85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5D4"/>
    <w:rsid w:val="004F45D4"/>
    <w:rsid w:val="0061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B13B8"/>
  <w14:defaultImageDpi w14:val="300"/>
  <w15:docId w15:val="{8D4E5EB1-BF2C-46FF-9BC6-46D4567F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5314</Characters>
  <Application>Microsoft Office Word</Application>
  <DocSecurity>0</DocSecurity>
  <Lines>44</Lines>
  <Paragraphs>12</Paragraphs>
  <ScaleCrop>false</ScaleCrop>
  <Company>PIG-PIB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 zdawczo-odbiorczy rdzeników bocznych</dc:title>
  <dc:subject/>
  <dc:creator/>
  <cp:keywords/>
  <dc:description/>
  <cp:lastModifiedBy>Mytych Tomasz</cp:lastModifiedBy>
  <cp:revision>2</cp:revision>
  <dcterms:created xsi:type="dcterms:W3CDTF">2026-10-14T10:00:00Z</dcterms:created>
  <dcterms:modified xsi:type="dcterms:W3CDTF">2026-10-18T15:49:00Z</dcterms:modified>
  <cp:category/>
</cp:coreProperties>
</file>