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EC386" w14:textId="6C0EFD54" w:rsidR="00D034D6" w:rsidRDefault="00D034D6">
      <w:pPr>
        <w:spacing w:after="120"/>
        <w:jc w:val="center"/>
      </w:pPr>
    </w:p>
    <w:tbl>
      <w:tblPr>
        <w:tblW w:w="14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9468"/>
      </w:tblGrid>
      <w:tr w:rsidR="00D034D6" w14:paraId="6E1F90D5" w14:textId="77777777">
        <w:tc>
          <w:tcPr>
            <w:tcW w:w="5102" w:type="dxa"/>
            <w:vAlign w:val="bottom"/>
          </w:tcPr>
          <w:p w14:paraId="4BCFEEF4" w14:textId="77777777" w:rsidR="00D034D6" w:rsidRDefault="004C6DAD">
            <w:pPr>
              <w:keepNext/>
              <w:spacing w:before="40"/>
            </w:pPr>
            <w:sdt>
              <w:sdtPr>
                <w:rPr>
                  <w:szCs w:val="20"/>
                </w:rPr>
                <w:alias w:val="Nazwa i adres przekazującego"/>
                <w:tag w:val="Nazwa i adres przekazującego"/>
                <w:id w:val="1157903753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.................................................................................................</w:t>
                </w:r>
              </w:sdtContent>
            </w:sdt>
          </w:p>
        </w:tc>
        <w:tc>
          <w:tcPr>
            <w:tcW w:w="9467" w:type="dxa"/>
            <w:vAlign w:val="bottom"/>
          </w:tcPr>
          <w:p w14:paraId="030EE97A" w14:textId="77777777" w:rsidR="00D034D6" w:rsidRDefault="00D034D6">
            <w:pPr>
              <w:keepNext/>
              <w:spacing w:before="40"/>
            </w:pPr>
          </w:p>
        </w:tc>
      </w:tr>
      <w:tr w:rsidR="00D034D6" w14:paraId="0F827CB2" w14:textId="77777777">
        <w:tc>
          <w:tcPr>
            <w:tcW w:w="5102" w:type="dxa"/>
          </w:tcPr>
          <w:p w14:paraId="4C043F54" w14:textId="77777777" w:rsidR="00D034D6" w:rsidRDefault="004C6DAD">
            <w:pPr>
              <w:jc w:val="center"/>
            </w:pPr>
            <w:r>
              <w:rPr>
                <w:sz w:val="14"/>
              </w:rPr>
              <w:t>(nazwa i adres przekazującego)</w:t>
            </w:r>
          </w:p>
        </w:tc>
        <w:tc>
          <w:tcPr>
            <w:tcW w:w="9467" w:type="dxa"/>
          </w:tcPr>
          <w:p w14:paraId="59FE6556" w14:textId="77777777" w:rsidR="00D034D6" w:rsidRDefault="00D034D6">
            <w:pPr>
              <w:jc w:val="center"/>
            </w:pPr>
          </w:p>
        </w:tc>
      </w:tr>
    </w:tbl>
    <w:p w14:paraId="1BF67416" w14:textId="77777777" w:rsidR="00D034D6" w:rsidRDefault="004C6DAD">
      <w:pPr>
        <w:spacing w:before="200" w:after="80"/>
        <w:jc w:val="center"/>
      </w:pPr>
      <w:r>
        <w:rPr>
          <w:b/>
          <w:sz w:val="26"/>
        </w:rPr>
        <w:t xml:space="preserve">Spis zdawczo-odbiorczy dokumentów lub informatycznych nośników danych zawierających dane geologiczne, o których mowa w </w:t>
      </w:r>
      <w:r>
        <w:rPr>
          <w:b/>
          <w:sz w:val="26"/>
        </w:rPr>
        <w:t>§ 1 pkt 2 rozporządzenia, przekazywanych państwowej służbie geologicznej</w:t>
      </w:r>
    </w:p>
    <w:tbl>
      <w:tblPr>
        <w:tblW w:w="14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7"/>
        <w:gridCol w:w="353"/>
        <w:gridCol w:w="1127"/>
        <w:gridCol w:w="33"/>
        <w:gridCol w:w="115"/>
        <w:gridCol w:w="1276"/>
        <w:gridCol w:w="623"/>
        <w:gridCol w:w="220"/>
        <w:gridCol w:w="33"/>
        <w:gridCol w:w="115"/>
        <w:gridCol w:w="1659"/>
        <w:gridCol w:w="337"/>
        <w:gridCol w:w="1101"/>
        <w:gridCol w:w="653"/>
        <w:gridCol w:w="334"/>
        <w:gridCol w:w="2551"/>
        <w:gridCol w:w="651"/>
        <w:gridCol w:w="1702"/>
      </w:tblGrid>
      <w:tr w:rsidR="00D034D6" w14:paraId="56B8366A" w14:textId="77777777">
        <w:tc>
          <w:tcPr>
            <w:tcW w:w="1686" w:type="dxa"/>
            <w:vAlign w:val="bottom"/>
          </w:tcPr>
          <w:p w14:paraId="58D0250A" w14:textId="77777777" w:rsidR="00D034D6" w:rsidRDefault="004C6DAD">
            <w:pPr>
              <w:keepNext/>
              <w:spacing w:before="160"/>
            </w:pPr>
            <w:r>
              <w:t>Nazwa archiwum</w:t>
            </w:r>
            <w:r>
              <w:rPr>
                <w:vertAlign w:val="superscript"/>
              </w:rPr>
              <w:t>1)</w:t>
            </w:r>
            <w:r>
              <w:t xml:space="preserve">: </w:t>
            </w:r>
          </w:p>
        </w:tc>
        <w:tc>
          <w:tcPr>
            <w:tcW w:w="5891" w:type="dxa"/>
            <w:gridSpan w:val="11"/>
            <w:vAlign w:val="bottom"/>
          </w:tcPr>
          <w:p w14:paraId="4429E18D" w14:textId="77777777" w:rsidR="00D034D6" w:rsidRDefault="004C6DAD">
            <w:pPr>
              <w:keepNext/>
              <w:spacing w:before="160"/>
            </w:pPr>
            <w:sdt>
              <w:sdtPr>
                <w:rPr>
                  <w:szCs w:val="20"/>
                </w:rPr>
                <w:alias w:val="Nazwa archiwum"/>
                <w:tag w:val="Nazwa archiwum"/>
                <w:id w:val="678370817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................................................................................................................</w:t>
                </w:r>
              </w:sdtContent>
            </w:sdt>
          </w:p>
        </w:tc>
        <w:tc>
          <w:tcPr>
            <w:tcW w:w="1101" w:type="dxa"/>
            <w:vAlign w:val="bottom"/>
          </w:tcPr>
          <w:p w14:paraId="15BEADCD" w14:textId="77777777" w:rsidR="00D034D6" w:rsidRDefault="004C6DAD">
            <w:pPr>
              <w:keepNext/>
              <w:spacing w:before="160"/>
            </w:pPr>
            <w:r>
              <w:t xml:space="preserve"> – oddział w </w:t>
            </w:r>
          </w:p>
        </w:tc>
        <w:tc>
          <w:tcPr>
            <w:tcW w:w="5891" w:type="dxa"/>
            <w:gridSpan w:val="5"/>
            <w:vAlign w:val="bottom"/>
          </w:tcPr>
          <w:p w14:paraId="4F1E4134" w14:textId="77777777" w:rsidR="00D034D6" w:rsidRDefault="004C6DAD">
            <w:pPr>
              <w:keepNext/>
              <w:spacing w:before="160"/>
            </w:pPr>
            <w:sdt>
              <w:sdtPr>
                <w:rPr>
                  <w:szCs w:val="20"/>
                </w:rPr>
                <w:alias w:val="Miejscowość oddziału"/>
                <w:tag w:val="Miejscowość oddziału"/>
                <w:id w:val="1899852134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</w:t>
                </w:r>
                <w:r>
                  <w:rPr>
                    <w:szCs w:val="20"/>
                  </w:rPr>
                  <w:t>.............................................................................</w:t>
                </w:r>
              </w:sdtContent>
            </w:sdt>
          </w:p>
        </w:tc>
      </w:tr>
      <w:tr w:rsidR="00D034D6" w14:paraId="468B802F" w14:textId="77777777">
        <w:tc>
          <w:tcPr>
            <w:tcW w:w="1686" w:type="dxa"/>
          </w:tcPr>
          <w:p w14:paraId="740C6821" w14:textId="77777777" w:rsidR="00D034D6" w:rsidRDefault="00D034D6">
            <w:pPr>
              <w:jc w:val="center"/>
            </w:pPr>
          </w:p>
        </w:tc>
        <w:tc>
          <w:tcPr>
            <w:tcW w:w="5891" w:type="dxa"/>
            <w:gridSpan w:val="11"/>
          </w:tcPr>
          <w:p w14:paraId="1B03C236" w14:textId="77777777" w:rsidR="00D034D6" w:rsidRDefault="00D034D6">
            <w:pPr>
              <w:jc w:val="center"/>
            </w:pPr>
          </w:p>
        </w:tc>
        <w:tc>
          <w:tcPr>
            <w:tcW w:w="1101" w:type="dxa"/>
          </w:tcPr>
          <w:p w14:paraId="7A3E4DC8" w14:textId="77777777" w:rsidR="00D034D6" w:rsidRDefault="00D034D6">
            <w:pPr>
              <w:jc w:val="center"/>
            </w:pPr>
          </w:p>
        </w:tc>
        <w:tc>
          <w:tcPr>
            <w:tcW w:w="5891" w:type="dxa"/>
            <w:gridSpan w:val="5"/>
          </w:tcPr>
          <w:p w14:paraId="433AEC64" w14:textId="77777777" w:rsidR="00D034D6" w:rsidRDefault="004C6DAD">
            <w:pPr>
              <w:jc w:val="center"/>
            </w:pPr>
            <w:r>
              <w:rPr>
                <w:sz w:val="14"/>
              </w:rPr>
              <w:t>(miejscowość)</w:t>
            </w:r>
          </w:p>
        </w:tc>
      </w:tr>
      <w:tr w:rsidR="00D034D6" w14:paraId="55ED29E8" w14:textId="77777777">
        <w:tc>
          <w:tcPr>
            <w:tcW w:w="5213" w:type="dxa"/>
            <w:gridSpan w:val="7"/>
            <w:vAlign w:val="bottom"/>
          </w:tcPr>
          <w:p w14:paraId="70C16C54" w14:textId="77777777" w:rsidR="00D034D6" w:rsidRDefault="004C6DAD">
            <w:pPr>
              <w:keepNext/>
              <w:spacing w:before="100"/>
            </w:pPr>
            <w:sdt>
              <w:sdtPr>
                <w:rPr>
                  <w:szCs w:val="20"/>
                </w:rPr>
                <w:alias w:val="Rodzaj dokumentu"/>
                <w:tag w:val="Rodzaj dokumentu"/>
                <w:id w:val="486623639"/>
                <w:showingPlcHdr/>
                <w:dropDownList>
                  <w:listItem w:displayText="Koncesja / decyzja / zgłoszenie projektu robót geologicznych" w:value="Koncesja / decyzja / zgłoszenie projektu robót geologicznych"/>
                  <w:listItem w:displayText="Koncesja" w:value="Koncesja"/>
                  <w:listItem w:displayText="Decyzja" w:value="Decyzja"/>
                  <w:listItem w:displayText="Zgłoszenie projektu robót geologicznych" w:value="Zgłoszenie projektu robót geologicznych"/>
                </w:dropDownList>
              </w:sdtPr>
              <w:sdtEndPr/>
              <w:sdtContent>
                <w:r>
                  <w:rPr>
                    <w:szCs w:val="20"/>
                  </w:rPr>
                  <w:t>Koncesja / decyzja / zgłoszenie projektu robót geologicznych</w:t>
                </w:r>
              </w:sdtContent>
            </w:sdt>
            <w:r>
              <w:rPr>
                <w:vertAlign w:val="superscript"/>
              </w:rPr>
              <w:t>2)</w:t>
            </w:r>
            <w:r>
              <w:t xml:space="preserve">: </w:t>
            </w:r>
          </w:p>
        </w:tc>
        <w:tc>
          <w:tcPr>
            <w:tcW w:w="4118" w:type="dxa"/>
            <w:gridSpan w:val="7"/>
            <w:vAlign w:val="bottom"/>
          </w:tcPr>
          <w:p w14:paraId="4765C9E0" w14:textId="77777777" w:rsidR="00D034D6" w:rsidRDefault="004C6DAD">
            <w:pPr>
              <w:keepNext/>
              <w:spacing w:before="100"/>
            </w:pPr>
            <w:sdt>
              <w:sdtPr>
                <w:rPr>
                  <w:szCs w:val="20"/>
                </w:rPr>
                <w:alias w:val="Organ"/>
                <w:tag w:val="Organ"/>
                <w:id w:val="155564162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..............................................................................</w:t>
                </w:r>
              </w:sdtContent>
            </w:sdt>
          </w:p>
        </w:tc>
        <w:tc>
          <w:tcPr>
            <w:tcW w:w="334" w:type="dxa"/>
            <w:vAlign w:val="bottom"/>
          </w:tcPr>
          <w:p w14:paraId="26FE7DDA" w14:textId="77777777" w:rsidR="00D034D6" w:rsidRDefault="004C6DAD">
            <w:pPr>
              <w:keepNext/>
              <w:spacing w:before="100"/>
            </w:pPr>
            <w:r>
              <w:t xml:space="preserve"> nr </w:t>
            </w:r>
          </w:p>
        </w:tc>
        <w:tc>
          <w:tcPr>
            <w:tcW w:w="2551" w:type="dxa"/>
            <w:vAlign w:val="bottom"/>
          </w:tcPr>
          <w:p w14:paraId="0C2EE81E" w14:textId="77777777" w:rsidR="00D034D6" w:rsidRDefault="004C6DAD">
            <w:pPr>
              <w:keepNext/>
              <w:spacing w:before="100"/>
            </w:pPr>
            <w:sdt>
              <w:sdtPr>
                <w:rPr>
                  <w:szCs w:val="20"/>
                </w:rPr>
                <w:alias w:val="Numer"/>
                <w:tag w:val="Numer"/>
                <w:id w:val="232464550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</w:t>
                </w:r>
              </w:sdtContent>
            </w:sdt>
          </w:p>
        </w:tc>
        <w:tc>
          <w:tcPr>
            <w:tcW w:w="651" w:type="dxa"/>
            <w:vAlign w:val="bottom"/>
          </w:tcPr>
          <w:p w14:paraId="7E8B8B28" w14:textId="77777777" w:rsidR="00D034D6" w:rsidRDefault="004C6DAD">
            <w:pPr>
              <w:keepNext/>
              <w:spacing w:before="100"/>
            </w:pPr>
            <w:r>
              <w:t xml:space="preserve"> z dnia </w:t>
            </w:r>
          </w:p>
        </w:tc>
        <w:tc>
          <w:tcPr>
            <w:tcW w:w="1700" w:type="dxa"/>
            <w:vAlign w:val="bottom"/>
          </w:tcPr>
          <w:p w14:paraId="4A666994" w14:textId="77777777" w:rsidR="00D034D6" w:rsidRDefault="004C6DAD">
            <w:pPr>
              <w:keepNext/>
              <w:spacing w:before="100"/>
            </w:pPr>
            <w:sdt>
              <w:sdtPr>
                <w:rPr>
                  <w:szCs w:val="20"/>
                </w:rPr>
                <w:alias w:val="Data"/>
                <w:tag w:val="Data"/>
                <w:id w:val="544902205"/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szCs w:val="20"/>
                  </w:rPr>
                  <w:t>...............................</w:t>
                </w:r>
              </w:sdtContent>
            </w:sdt>
          </w:p>
        </w:tc>
      </w:tr>
      <w:tr w:rsidR="00D034D6" w14:paraId="297459E4" w14:textId="77777777">
        <w:tc>
          <w:tcPr>
            <w:tcW w:w="5213" w:type="dxa"/>
            <w:gridSpan w:val="7"/>
          </w:tcPr>
          <w:p w14:paraId="066D8CA4" w14:textId="77777777" w:rsidR="00D034D6" w:rsidRDefault="00D034D6">
            <w:pPr>
              <w:jc w:val="center"/>
            </w:pPr>
          </w:p>
        </w:tc>
        <w:tc>
          <w:tcPr>
            <w:tcW w:w="4118" w:type="dxa"/>
            <w:gridSpan w:val="7"/>
          </w:tcPr>
          <w:p w14:paraId="33B91D83" w14:textId="77777777" w:rsidR="00D034D6" w:rsidRDefault="004C6DAD">
            <w:pPr>
              <w:jc w:val="center"/>
            </w:pPr>
            <w:r>
              <w:rPr>
                <w:sz w:val="14"/>
              </w:rPr>
              <w:t>(nazwa organu koncesyjnego lub organu wydającego decyzję)</w:t>
            </w:r>
          </w:p>
        </w:tc>
        <w:tc>
          <w:tcPr>
            <w:tcW w:w="334" w:type="dxa"/>
          </w:tcPr>
          <w:p w14:paraId="5FADEB54" w14:textId="77777777" w:rsidR="00D034D6" w:rsidRDefault="00D034D6">
            <w:pPr>
              <w:jc w:val="center"/>
            </w:pPr>
          </w:p>
        </w:tc>
        <w:tc>
          <w:tcPr>
            <w:tcW w:w="2551" w:type="dxa"/>
          </w:tcPr>
          <w:p w14:paraId="2E29CCF5" w14:textId="77777777" w:rsidR="00D034D6" w:rsidRDefault="00D034D6">
            <w:pPr>
              <w:jc w:val="center"/>
            </w:pPr>
          </w:p>
        </w:tc>
        <w:tc>
          <w:tcPr>
            <w:tcW w:w="651" w:type="dxa"/>
          </w:tcPr>
          <w:p w14:paraId="14A8ABDF" w14:textId="77777777" w:rsidR="00D034D6" w:rsidRDefault="00D034D6">
            <w:pPr>
              <w:jc w:val="center"/>
            </w:pPr>
          </w:p>
        </w:tc>
        <w:tc>
          <w:tcPr>
            <w:tcW w:w="1700" w:type="dxa"/>
          </w:tcPr>
          <w:p w14:paraId="25D64DD3" w14:textId="77777777" w:rsidR="00D034D6" w:rsidRDefault="00D034D6">
            <w:pPr>
              <w:jc w:val="center"/>
            </w:pPr>
          </w:p>
        </w:tc>
      </w:tr>
      <w:tr w:rsidR="00D034D6" w14:paraId="29DE0EE9" w14:textId="77777777">
        <w:tc>
          <w:tcPr>
            <w:tcW w:w="2039" w:type="dxa"/>
            <w:gridSpan w:val="2"/>
            <w:vAlign w:val="bottom"/>
          </w:tcPr>
          <w:p w14:paraId="6FA9492E" w14:textId="77777777" w:rsidR="00D034D6" w:rsidRDefault="004C6DAD">
            <w:pPr>
              <w:spacing w:before="100"/>
            </w:pPr>
            <w:r>
              <w:t xml:space="preserve">Nr bloku koncesyjnego: </w:t>
            </w:r>
          </w:p>
        </w:tc>
        <w:tc>
          <w:tcPr>
            <w:tcW w:w="2551" w:type="dxa"/>
            <w:gridSpan w:val="4"/>
            <w:vAlign w:val="bottom"/>
          </w:tcPr>
          <w:p w14:paraId="4C69633F" w14:textId="77777777" w:rsidR="00D034D6" w:rsidRDefault="004C6DAD">
            <w:pPr>
              <w:spacing w:before="100"/>
            </w:pPr>
            <w:sdt>
              <w:sdtPr>
                <w:rPr>
                  <w:szCs w:val="20"/>
                </w:rPr>
                <w:alias w:val="Nr bloku koncesyjnego"/>
                <w:tag w:val="Nr bloku koncesyjnego"/>
                <w:id w:val="1629044060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</w:t>
                </w:r>
              </w:sdtContent>
            </w:sdt>
          </w:p>
        </w:tc>
        <w:tc>
          <w:tcPr>
            <w:tcW w:w="2650" w:type="dxa"/>
            <w:gridSpan w:val="5"/>
            <w:vAlign w:val="bottom"/>
          </w:tcPr>
          <w:p w14:paraId="02113358" w14:textId="77777777" w:rsidR="00D034D6" w:rsidRDefault="004C6DAD">
            <w:pPr>
              <w:spacing w:before="100"/>
            </w:pPr>
            <w:r>
              <w:t xml:space="preserve">  Nazwa obszaru koncesyjnego: </w:t>
            </w:r>
          </w:p>
        </w:tc>
        <w:tc>
          <w:tcPr>
            <w:tcW w:w="7328" w:type="dxa"/>
            <w:gridSpan w:val="7"/>
            <w:vAlign w:val="bottom"/>
          </w:tcPr>
          <w:p w14:paraId="68EB6712" w14:textId="77777777" w:rsidR="00D034D6" w:rsidRDefault="004C6DAD">
            <w:pPr>
              <w:spacing w:before="100"/>
            </w:pPr>
            <w:sdt>
              <w:sdtPr>
                <w:rPr>
                  <w:szCs w:val="20"/>
                </w:rPr>
                <w:alias w:val="Nazwa obszaru koncesyjnego"/>
                <w:tag w:val="Nazwa obszaru koncesyjnego"/>
                <w:id w:val="1713191075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............................................................................................................................................</w:t>
                </w:r>
              </w:sdtContent>
            </w:sdt>
          </w:p>
        </w:tc>
      </w:tr>
      <w:tr w:rsidR="00D034D6" w14:paraId="677FA400" w14:textId="77777777">
        <w:tc>
          <w:tcPr>
            <w:tcW w:w="3314" w:type="dxa"/>
            <w:gridSpan w:val="5"/>
            <w:vAlign w:val="bottom"/>
          </w:tcPr>
          <w:p w14:paraId="46EEC44E" w14:textId="77777777" w:rsidR="00D034D6" w:rsidRDefault="004C6DAD">
            <w:pPr>
              <w:spacing w:before="100"/>
            </w:pPr>
            <w:r>
              <w:t>Data o</w:t>
            </w:r>
            <w:r>
              <w:t>bowiązywania koncesji/decyzji</w:t>
            </w:r>
            <w:r>
              <w:rPr>
                <w:vertAlign w:val="superscript"/>
              </w:rPr>
              <w:t>2)</w:t>
            </w:r>
            <w:r>
              <w:t xml:space="preserve">: </w:t>
            </w:r>
          </w:p>
        </w:tc>
        <w:tc>
          <w:tcPr>
            <w:tcW w:w="2267" w:type="dxa"/>
            <w:gridSpan w:val="5"/>
            <w:vAlign w:val="bottom"/>
          </w:tcPr>
          <w:p w14:paraId="50EDBF00" w14:textId="77777777" w:rsidR="00D034D6" w:rsidRDefault="004C6DAD">
            <w:pPr>
              <w:spacing w:before="100"/>
            </w:pPr>
            <w:sdt>
              <w:sdtPr>
                <w:rPr>
                  <w:szCs w:val="20"/>
                </w:rPr>
                <w:alias w:val="Data obowiązywania"/>
                <w:tag w:val="Data obowiązywania"/>
                <w:id w:val="336857437"/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szCs w:val="20"/>
                  </w:rPr>
                  <w:t>..........................................</w:t>
                </w:r>
              </w:sdtContent>
            </w:sdt>
          </w:p>
        </w:tc>
        <w:tc>
          <w:tcPr>
            <w:tcW w:w="8988" w:type="dxa"/>
            <w:gridSpan w:val="8"/>
            <w:vAlign w:val="bottom"/>
          </w:tcPr>
          <w:p w14:paraId="4BC53499" w14:textId="77777777" w:rsidR="00D034D6" w:rsidRDefault="00D034D6">
            <w:pPr>
              <w:spacing w:before="100"/>
            </w:pPr>
          </w:p>
        </w:tc>
      </w:tr>
      <w:tr w:rsidR="00D034D6" w14:paraId="30D46C57" w14:textId="77777777">
        <w:tc>
          <w:tcPr>
            <w:tcW w:w="3166" w:type="dxa"/>
            <w:gridSpan w:val="3"/>
            <w:vAlign w:val="bottom"/>
          </w:tcPr>
          <w:p w14:paraId="26C38CB6" w14:textId="77777777" w:rsidR="00D034D6" w:rsidRDefault="004C6DAD">
            <w:pPr>
              <w:spacing w:before="100"/>
            </w:pPr>
            <w:r>
              <w:t xml:space="preserve">Data rozpoczęcia prac geologicznych: </w:t>
            </w:r>
          </w:p>
        </w:tc>
        <w:tc>
          <w:tcPr>
            <w:tcW w:w="2267" w:type="dxa"/>
            <w:gridSpan w:val="5"/>
            <w:vAlign w:val="bottom"/>
          </w:tcPr>
          <w:p w14:paraId="36F9ED7F" w14:textId="77777777" w:rsidR="00D034D6" w:rsidRDefault="004C6DAD">
            <w:pPr>
              <w:spacing w:before="100"/>
            </w:pPr>
            <w:sdt>
              <w:sdtPr>
                <w:rPr>
                  <w:szCs w:val="20"/>
                </w:rPr>
                <w:alias w:val="Data rozpoczęcia"/>
                <w:tag w:val="Data rozpoczęcia"/>
                <w:id w:val="1861433738"/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szCs w:val="20"/>
                  </w:rPr>
                  <w:t>..........................................</w:t>
                </w:r>
              </w:sdtContent>
            </w:sdt>
          </w:p>
        </w:tc>
        <w:tc>
          <w:tcPr>
            <w:tcW w:w="9136" w:type="dxa"/>
            <w:gridSpan w:val="10"/>
            <w:vAlign w:val="bottom"/>
          </w:tcPr>
          <w:p w14:paraId="2D18F0A3" w14:textId="77777777" w:rsidR="00D034D6" w:rsidRDefault="00D034D6">
            <w:pPr>
              <w:spacing w:before="100"/>
            </w:pPr>
          </w:p>
        </w:tc>
      </w:tr>
      <w:tr w:rsidR="00D034D6" w14:paraId="7E97D55C" w14:textId="77777777">
        <w:tc>
          <w:tcPr>
            <w:tcW w:w="3199" w:type="dxa"/>
            <w:gridSpan w:val="4"/>
            <w:vAlign w:val="bottom"/>
          </w:tcPr>
          <w:p w14:paraId="604D1840" w14:textId="77777777" w:rsidR="00D034D6" w:rsidRDefault="004C6DAD">
            <w:pPr>
              <w:spacing w:before="100"/>
            </w:pPr>
            <w:r>
              <w:t xml:space="preserve">Data zakończenia prac geologicznych: </w:t>
            </w:r>
          </w:p>
        </w:tc>
        <w:tc>
          <w:tcPr>
            <w:tcW w:w="2267" w:type="dxa"/>
            <w:gridSpan w:val="5"/>
            <w:vAlign w:val="bottom"/>
          </w:tcPr>
          <w:p w14:paraId="08A83681" w14:textId="77777777" w:rsidR="00D034D6" w:rsidRDefault="004C6DAD">
            <w:pPr>
              <w:spacing w:before="100"/>
            </w:pPr>
            <w:sdt>
              <w:sdtPr>
                <w:rPr>
                  <w:szCs w:val="20"/>
                </w:rPr>
                <w:alias w:val="Data zakończenia"/>
                <w:tag w:val="Data zakończenia"/>
                <w:id w:val="1344459616"/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szCs w:val="20"/>
                  </w:rPr>
                  <w:t>..........................................</w:t>
                </w:r>
              </w:sdtContent>
            </w:sdt>
          </w:p>
        </w:tc>
        <w:tc>
          <w:tcPr>
            <w:tcW w:w="9102" w:type="dxa"/>
            <w:gridSpan w:val="9"/>
            <w:vAlign w:val="bottom"/>
          </w:tcPr>
          <w:p w14:paraId="383FB1E1" w14:textId="77777777" w:rsidR="00D034D6" w:rsidRDefault="00D034D6">
            <w:pPr>
              <w:spacing w:before="100"/>
            </w:pPr>
          </w:p>
        </w:tc>
      </w:tr>
    </w:tbl>
    <w:p w14:paraId="21E11559" w14:textId="77777777" w:rsidR="00D034D6" w:rsidRDefault="004C6DAD">
      <w:pPr>
        <w:keepNext/>
        <w:spacing w:before="240"/>
      </w:pPr>
      <w:r>
        <w:rPr>
          <w:b/>
        </w:rPr>
        <w:t>I. Potwierdzenie dostarczenia dokumentów lub informatycznych nośników danych:</w:t>
      </w:r>
    </w:p>
    <w:tbl>
      <w:tblPr>
        <w:tblW w:w="14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5"/>
        <w:gridCol w:w="340"/>
        <w:gridCol w:w="2606"/>
        <w:gridCol w:w="340"/>
        <w:gridCol w:w="3909"/>
        <w:gridCol w:w="340"/>
        <w:gridCol w:w="4430"/>
      </w:tblGrid>
      <w:tr w:rsidR="00D034D6" w14:paraId="2E3E5164" w14:textId="77777777">
        <w:tc>
          <w:tcPr>
            <w:tcW w:w="2605" w:type="dxa"/>
            <w:vAlign w:val="bottom"/>
          </w:tcPr>
          <w:p w14:paraId="52FCB299" w14:textId="77777777" w:rsidR="00D034D6" w:rsidRDefault="004C6DAD">
            <w:pPr>
              <w:keepNext/>
              <w:spacing w:before="240"/>
            </w:pPr>
            <w:sdt>
              <w:sdtPr>
                <w:rPr>
                  <w:szCs w:val="20"/>
                </w:rPr>
                <w:alias w:val="Miejscowość, data"/>
                <w:tag w:val="Miejscowość, data"/>
                <w:id w:val="297354272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.................................................</w:t>
                </w:r>
              </w:sdtContent>
            </w:sdt>
          </w:p>
        </w:tc>
        <w:tc>
          <w:tcPr>
            <w:tcW w:w="340" w:type="dxa"/>
            <w:vAlign w:val="bottom"/>
          </w:tcPr>
          <w:p w14:paraId="435C8B6C" w14:textId="77777777" w:rsidR="00D034D6" w:rsidRDefault="00D034D6">
            <w:pPr>
              <w:keepNext/>
              <w:spacing w:before="240"/>
            </w:pPr>
          </w:p>
        </w:tc>
        <w:tc>
          <w:tcPr>
            <w:tcW w:w="2605" w:type="dxa"/>
            <w:vAlign w:val="bottom"/>
          </w:tcPr>
          <w:p w14:paraId="505D8108" w14:textId="77777777" w:rsidR="00D034D6" w:rsidRDefault="004C6DAD">
            <w:pPr>
              <w:keepNext/>
              <w:spacing w:before="240"/>
            </w:pPr>
            <w:sdt>
              <w:sdtPr>
                <w:rPr>
                  <w:szCs w:val="20"/>
                </w:rPr>
                <w:alias w:val="Liczba"/>
                <w:tag w:val="Liczba"/>
                <w:id w:val="278271570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.................................................</w:t>
                </w:r>
              </w:sdtContent>
            </w:sdt>
          </w:p>
        </w:tc>
        <w:tc>
          <w:tcPr>
            <w:tcW w:w="340" w:type="dxa"/>
            <w:vAlign w:val="bottom"/>
          </w:tcPr>
          <w:p w14:paraId="2E2BDEBB" w14:textId="77777777" w:rsidR="00D034D6" w:rsidRDefault="00D034D6">
            <w:pPr>
              <w:keepNext/>
              <w:spacing w:before="240"/>
            </w:pPr>
          </w:p>
        </w:tc>
        <w:tc>
          <w:tcPr>
            <w:tcW w:w="3908" w:type="dxa"/>
            <w:vAlign w:val="bottom"/>
          </w:tcPr>
          <w:p w14:paraId="640C8911" w14:textId="77777777" w:rsidR="00D034D6" w:rsidRDefault="004C6DAD">
            <w:pPr>
              <w:keepNext/>
              <w:spacing w:before="240"/>
            </w:pPr>
            <w:r>
              <w:t>..........................................................................</w:t>
            </w:r>
          </w:p>
        </w:tc>
        <w:tc>
          <w:tcPr>
            <w:tcW w:w="340" w:type="dxa"/>
            <w:vAlign w:val="bottom"/>
          </w:tcPr>
          <w:p w14:paraId="4FF348E9" w14:textId="77777777" w:rsidR="00D034D6" w:rsidRDefault="00D034D6">
            <w:pPr>
              <w:keepNext/>
              <w:spacing w:before="240"/>
            </w:pPr>
          </w:p>
        </w:tc>
        <w:tc>
          <w:tcPr>
            <w:tcW w:w="4429" w:type="dxa"/>
            <w:vAlign w:val="bottom"/>
          </w:tcPr>
          <w:p w14:paraId="4340F686" w14:textId="77777777" w:rsidR="00D034D6" w:rsidRDefault="004C6DAD">
            <w:pPr>
              <w:keepNext/>
              <w:spacing w:before="240"/>
            </w:pPr>
            <w:r>
              <w:t>....................................................................................</w:t>
            </w:r>
          </w:p>
        </w:tc>
      </w:tr>
      <w:tr w:rsidR="00D034D6" w14:paraId="66E2DED1" w14:textId="77777777">
        <w:tc>
          <w:tcPr>
            <w:tcW w:w="2605" w:type="dxa"/>
          </w:tcPr>
          <w:p w14:paraId="27C53395" w14:textId="77777777" w:rsidR="00D034D6" w:rsidRDefault="004C6DAD">
            <w:pPr>
              <w:jc w:val="center"/>
            </w:pPr>
            <w:r>
              <w:rPr>
                <w:sz w:val="14"/>
              </w:rPr>
              <w:t>(miejscowość, data)</w:t>
            </w:r>
          </w:p>
        </w:tc>
        <w:tc>
          <w:tcPr>
            <w:tcW w:w="340" w:type="dxa"/>
          </w:tcPr>
          <w:p w14:paraId="5358B531" w14:textId="77777777" w:rsidR="00D034D6" w:rsidRDefault="00D034D6">
            <w:pPr>
              <w:jc w:val="center"/>
            </w:pPr>
          </w:p>
        </w:tc>
        <w:tc>
          <w:tcPr>
            <w:tcW w:w="2605" w:type="dxa"/>
          </w:tcPr>
          <w:p w14:paraId="0D2BFF62" w14:textId="77777777" w:rsidR="00D034D6" w:rsidRDefault="004C6DAD">
            <w:pPr>
              <w:jc w:val="center"/>
            </w:pPr>
            <w:r>
              <w:rPr>
                <w:sz w:val="14"/>
              </w:rPr>
              <w:t>(liczba pudeł lub tek / informatycznych nośników danych)</w:t>
            </w:r>
          </w:p>
        </w:tc>
        <w:tc>
          <w:tcPr>
            <w:tcW w:w="340" w:type="dxa"/>
          </w:tcPr>
          <w:p w14:paraId="6BF0F943" w14:textId="77777777" w:rsidR="00D034D6" w:rsidRDefault="00D034D6">
            <w:pPr>
              <w:jc w:val="center"/>
            </w:pPr>
          </w:p>
        </w:tc>
        <w:tc>
          <w:tcPr>
            <w:tcW w:w="3908" w:type="dxa"/>
          </w:tcPr>
          <w:p w14:paraId="1697750E" w14:textId="77777777" w:rsidR="00D034D6" w:rsidRDefault="004C6DAD">
            <w:pPr>
              <w:jc w:val="center"/>
            </w:pPr>
            <w:r>
              <w:rPr>
                <w:sz w:val="14"/>
              </w:rPr>
              <w:t>(podpis przekazującego)</w:t>
            </w:r>
          </w:p>
        </w:tc>
        <w:tc>
          <w:tcPr>
            <w:tcW w:w="340" w:type="dxa"/>
          </w:tcPr>
          <w:p w14:paraId="4B725B59" w14:textId="77777777" w:rsidR="00D034D6" w:rsidRDefault="00D034D6">
            <w:pPr>
              <w:jc w:val="center"/>
            </w:pPr>
          </w:p>
        </w:tc>
        <w:tc>
          <w:tcPr>
            <w:tcW w:w="4429" w:type="dxa"/>
          </w:tcPr>
          <w:p w14:paraId="7D27472F" w14:textId="77777777" w:rsidR="00D034D6" w:rsidRDefault="004C6DAD">
            <w:pPr>
              <w:jc w:val="center"/>
            </w:pPr>
            <w:r>
              <w:rPr>
                <w:sz w:val="14"/>
              </w:rPr>
              <w:t xml:space="preserve">(podpis przedstawiciela państwowej służby </w:t>
            </w:r>
            <w:r>
              <w:rPr>
                <w:sz w:val="14"/>
              </w:rPr>
              <w:t>geologicznej)</w:t>
            </w:r>
          </w:p>
        </w:tc>
      </w:tr>
    </w:tbl>
    <w:p w14:paraId="288AE4CC" w14:textId="77777777" w:rsidR="00D034D6" w:rsidRDefault="004C6DAD">
      <w:pPr>
        <w:keepNext/>
        <w:spacing w:before="160"/>
      </w:pPr>
      <w:r>
        <w:t>Uwagi państwowej służby geologicznej:</w:t>
      </w:r>
    </w:p>
    <w:sdt>
      <w:sdtPr>
        <w:rPr>
          <w:szCs w:val="20"/>
        </w:rPr>
        <w:alias w:val="Uwagi państwowej służby geologicznej"/>
        <w:tag w:val="Uwagi państwowej służby geologicznej"/>
        <w:id w:val="1877091935"/>
        <w:showingPlcHdr/>
      </w:sdtPr>
      <w:sdtEndPr/>
      <w:sdtContent>
        <w:p w14:paraId="73783D06" w14:textId="77777777" w:rsidR="00D034D6" w:rsidRDefault="004C6DAD">
          <w:pPr>
            <w:spacing w:before="40"/>
          </w:pPr>
          <w:r>
            <w:rPr>
              <w:szCs w:val="20"/>
            </w:rPr>
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</w:r>
          <w:r>
            <w:rPr>
              <w:szCs w:val="20"/>
            </w:rPr>
            <w:t>.....................</w:t>
          </w:r>
        </w:p>
        <w:p w14:paraId="66CA03FE" w14:textId="77777777" w:rsidR="00D034D6" w:rsidRDefault="004C6DAD">
          <w:pPr>
            <w:spacing w:before="40"/>
          </w:pPr>
          <w:r>
            <w:rPr>
              <w:szCs w:val="20"/>
            </w:rPr>
            <w:t>..........................................................................................................................................................................................................................................</w:t>
          </w:r>
          <w:r>
            <w:rPr>
              <w:szCs w:val="20"/>
            </w:rPr>
            <w:t>...........................................</w:t>
          </w:r>
        </w:p>
        <w:p w14:paraId="6F080801" w14:textId="77777777" w:rsidR="00D034D6" w:rsidRDefault="004C6DAD">
          <w:pPr>
            <w:spacing w:before="40"/>
          </w:pPr>
          <w:r>
            <w:rPr>
              <w:szCs w:val="20"/>
            </w:rPr>
            <w:t>....................................................................................................................................................................................................................</w:t>
          </w:r>
          <w:r>
            <w:rPr>
              <w:szCs w:val="20"/>
            </w:rPr>
            <w:t>.................................................................</w:t>
          </w:r>
        </w:p>
        <w:p w14:paraId="2227FB50" w14:textId="77777777" w:rsidR="00D034D6" w:rsidRDefault="004C6DAD">
          <w:pPr>
            <w:spacing w:before="40"/>
          </w:pPr>
          <w:r>
            <w:rPr>
              <w:szCs w:val="20"/>
            </w:rPr>
            <w:t>..............................................................................................................................................................................................</w:t>
          </w:r>
          <w:r>
            <w:rPr>
              <w:szCs w:val="20"/>
            </w:rPr>
            <w:t>.......................................................................................</w:t>
          </w:r>
        </w:p>
        <w:p w14:paraId="72E0E3BB" w14:textId="77777777" w:rsidR="00D034D6" w:rsidRDefault="004C6DAD">
          <w:pPr>
            <w:spacing w:before="40"/>
          </w:pPr>
          <w:r>
            <w:rPr>
              <w:szCs w:val="20"/>
            </w:rPr>
            <w:t>........................................................................................................................................................................</w:t>
          </w:r>
          <w:r>
            <w:rPr>
              <w:szCs w:val="20"/>
            </w:rPr>
            <w:t>.............................................................................................................</w:t>
          </w:r>
        </w:p>
      </w:sdtContent>
    </w:sdt>
    <w:p w14:paraId="388D7B90" w14:textId="77777777" w:rsidR="00D034D6" w:rsidRDefault="004C6DAD">
      <w:pPr>
        <w:keepNext/>
        <w:pageBreakBefore/>
        <w:spacing w:after="80"/>
      </w:pPr>
      <w:r>
        <w:rPr>
          <w:b/>
        </w:rPr>
        <w:lastRenderedPageBreak/>
        <w:t>II. Potwierdzenie przyjęcia dokumentów lub informatycznych nośników danych zawierających dane geologiczne, o których mowa w § 1 pkt 2 rozporządz</w:t>
      </w:r>
      <w:r>
        <w:rPr>
          <w:b/>
        </w:rPr>
        <w:t>enia, do archiwum</w:t>
      </w:r>
      <w:r>
        <w:rPr>
          <w:b/>
          <w:vertAlign w:val="superscript"/>
        </w:rPr>
        <w:t>1)</w:t>
      </w:r>
      <w:r>
        <w:rPr>
          <w:b/>
        </w:rPr>
        <w:t>:</w:t>
      </w:r>
    </w:p>
    <w:tbl>
      <w:tblPr>
        <w:tblW w:w="145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564"/>
        <w:gridCol w:w="2599"/>
        <w:gridCol w:w="735"/>
        <w:gridCol w:w="735"/>
        <w:gridCol w:w="2374"/>
        <w:gridCol w:w="1864"/>
        <w:gridCol w:w="1133"/>
        <w:gridCol w:w="901"/>
        <w:gridCol w:w="3617"/>
        <w:gridCol w:w="48"/>
      </w:tblGrid>
      <w:tr w:rsidR="00D034D6" w14:paraId="5832C30C" w14:textId="77777777">
        <w:trPr>
          <w:gridAfter w:val="1"/>
          <w:wAfter w:w="48" w:type="dxa"/>
          <w:cantSplit/>
          <w:tblHeader/>
          <w:jc w:val="center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A1C41" w14:textId="77777777" w:rsidR="00D034D6" w:rsidRDefault="004C6DAD">
            <w:pPr>
              <w:spacing w:before="20" w:after="20"/>
              <w:jc w:val="center"/>
            </w:pPr>
            <w:r>
              <w:rPr>
                <w:sz w:val="16"/>
              </w:rPr>
              <w:t>Lp.</w:t>
            </w:r>
          </w:p>
        </w:tc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B465" w14:textId="77777777" w:rsidR="00D034D6" w:rsidRDefault="004C6DAD">
            <w:pPr>
              <w:spacing w:before="20" w:after="20"/>
              <w:jc w:val="center"/>
            </w:pPr>
            <w:r>
              <w:rPr>
                <w:sz w:val="16"/>
              </w:rPr>
              <w:t>Tytuł lub nazwa badania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744CE" w14:textId="77777777" w:rsidR="00D034D6" w:rsidRDefault="004C6DAD">
            <w:pPr>
              <w:spacing w:before="20"/>
              <w:jc w:val="center"/>
            </w:pPr>
            <w:r>
              <w:rPr>
                <w:sz w:val="16"/>
              </w:rPr>
              <w:t>Skrajne daty</w:t>
            </w:r>
          </w:p>
          <w:p w14:paraId="327782EE" w14:textId="77777777" w:rsidR="00D034D6" w:rsidRDefault="004C6DAD">
            <w:pPr>
              <w:jc w:val="center"/>
            </w:pPr>
            <w:r>
              <w:rPr>
                <w:sz w:val="16"/>
              </w:rPr>
              <w:t>roczne</w:t>
            </w:r>
          </w:p>
          <w:p w14:paraId="2DE6B41C" w14:textId="77777777" w:rsidR="00D034D6" w:rsidRDefault="004C6DAD">
            <w:pPr>
              <w:jc w:val="center"/>
            </w:pPr>
            <w:r>
              <w:rPr>
                <w:sz w:val="16"/>
              </w:rPr>
              <w:t>wytworzenia</w:t>
            </w:r>
          </w:p>
          <w:p w14:paraId="0698733D" w14:textId="77777777" w:rsidR="00D034D6" w:rsidRDefault="004C6DAD">
            <w:pPr>
              <w:spacing w:after="20"/>
              <w:jc w:val="center"/>
            </w:pPr>
            <w:r>
              <w:rPr>
                <w:sz w:val="16"/>
              </w:rPr>
              <w:t>materiałów</w:t>
            </w:r>
          </w:p>
        </w:tc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98F34" w14:textId="77777777" w:rsidR="00D034D6" w:rsidRDefault="004C6DAD">
            <w:pPr>
              <w:spacing w:before="20"/>
              <w:jc w:val="center"/>
            </w:pPr>
            <w:r>
              <w:rPr>
                <w:sz w:val="16"/>
              </w:rPr>
              <w:t>Informatyczne nośniki danych:</w:t>
            </w:r>
          </w:p>
          <w:p w14:paraId="35477F87" w14:textId="77777777" w:rsidR="00D034D6" w:rsidRDefault="004C6DAD">
            <w:pPr>
              <w:jc w:val="center"/>
            </w:pPr>
            <w:r>
              <w:rPr>
                <w:sz w:val="16"/>
              </w:rPr>
              <w:t>liczba i rodzaj (np. DVD,</w:t>
            </w:r>
          </w:p>
          <w:p w14:paraId="12F43C61" w14:textId="77777777" w:rsidR="00D034D6" w:rsidRDefault="004C6DAD">
            <w:pPr>
              <w:jc w:val="center"/>
            </w:pPr>
            <w:r>
              <w:rPr>
                <w:sz w:val="16"/>
              </w:rPr>
              <w:t>zewnętrzny dysk USB) wraz</w:t>
            </w:r>
          </w:p>
          <w:p w14:paraId="3EBD2304" w14:textId="77777777" w:rsidR="00D034D6" w:rsidRDefault="004C6DAD">
            <w:pPr>
              <w:jc w:val="center"/>
            </w:pPr>
            <w:r>
              <w:rPr>
                <w:sz w:val="16"/>
              </w:rPr>
              <w:t>z określeniem ich zawartości</w:t>
            </w:r>
          </w:p>
          <w:p w14:paraId="78F518C1" w14:textId="77777777" w:rsidR="00D034D6" w:rsidRDefault="004C6DAD">
            <w:pPr>
              <w:jc w:val="center"/>
            </w:pPr>
            <w:r>
              <w:rPr>
                <w:sz w:val="16"/>
              </w:rPr>
              <w:t>(liczba folderów, liczba plików</w:t>
            </w:r>
          </w:p>
          <w:p w14:paraId="6DC3AF2D" w14:textId="77777777" w:rsidR="00D034D6" w:rsidRDefault="004C6DAD">
            <w:pPr>
              <w:spacing w:after="20"/>
              <w:jc w:val="center"/>
            </w:pPr>
            <w:r>
              <w:rPr>
                <w:sz w:val="16"/>
              </w:rPr>
              <w:t xml:space="preserve">i rodzaj </w:t>
            </w:r>
            <w:r>
              <w:rPr>
                <w:sz w:val="16"/>
              </w:rPr>
              <w:t>plików)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45659" w14:textId="77777777" w:rsidR="00D034D6" w:rsidRDefault="004C6DAD">
            <w:pPr>
              <w:spacing w:before="20"/>
              <w:jc w:val="center"/>
            </w:pPr>
            <w:r>
              <w:rPr>
                <w:sz w:val="16"/>
              </w:rPr>
              <w:t>Dokumenty w postaci</w:t>
            </w:r>
          </w:p>
          <w:p w14:paraId="181157B2" w14:textId="77777777" w:rsidR="00D034D6" w:rsidRDefault="004C6DAD">
            <w:pPr>
              <w:jc w:val="center"/>
            </w:pPr>
            <w:r>
              <w:rPr>
                <w:sz w:val="16"/>
              </w:rPr>
              <w:t>papierowej</w:t>
            </w:r>
          </w:p>
          <w:p w14:paraId="6C5E0674" w14:textId="77777777" w:rsidR="00D034D6" w:rsidRDefault="004C6DAD">
            <w:pPr>
              <w:jc w:val="center"/>
            </w:pPr>
            <w:r>
              <w:rPr>
                <w:sz w:val="16"/>
              </w:rPr>
              <w:t>(liczba dokumentów,</w:t>
            </w:r>
          </w:p>
          <w:p w14:paraId="6E2A7238" w14:textId="77777777" w:rsidR="00D034D6" w:rsidRDefault="004C6DAD">
            <w:pPr>
              <w:jc w:val="center"/>
            </w:pPr>
            <w:r>
              <w:rPr>
                <w:sz w:val="16"/>
              </w:rPr>
              <w:t>liczba stron</w:t>
            </w:r>
          </w:p>
          <w:p w14:paraId="6D6CC5B4" w14:textId="77777777" w:rsidR="00D034D6" w:rsidRDefault="004C6DAD">
            <w:pPr>
              <w:jc w:val="center"/>
            </w:pPr>
            <w:r>
              <w:rPr>
                <w:sz w:val="16"/>
              </w:rPr>
              <w:t>w dokumentach,</w:t>
            </w:r>
          </w:p>
          <w:p w14:paraId="00E971DF" w14:textId="77777777" w:rsidR="00D034D6" w:rsidRDefault="004C6DAD">
            <w:pPr>
              <w:spacing w:after="20"/>
              <w:jc w:val="center"/>
            </w:pPr>
            <w:r>
              <w:rPr>
                <w:sz w:val="16"/>
              </w:rPr>
              <w:t>liczba załączników)</w:t>
            </w:r>
          </w:p>
        </w:tc>
        <w:tc>
          <w:tcPr>
            <w:tcW w:w="20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225A5" w14:textId="77777777" w:rsidR="00D034D6" w:rsidRDefault="004C6DAD">
            <w:pPr>
              <w:spacing w:before="20" w:after="20"/>
              <w:jc w:val="center"/>
            </w:pPr>
            <w:r>
              <w:rPr>
                <w:sz w:val="16"/>
              </w:rPr>
              <w:t>Nr pudła lub teki</w:t>
            </w:r>
          </w:p>
        </w:tc>
        <w:tc>
          <w:tcPr>
            <w:tcW w:w="3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F62C" w14:textId="77777777" w:rsidR="00D034D6" w:rsidRDefault="004C6DAD">
            <w:pPr>
              <w:spacing w:before="20" w:after="20"/>
              <w:jc w:val="center"/>
            </w:pPr>
            <w:r>
              <w:rPr>
                <w:sz w:val="16"/>
              </w:rPr>
              <w:t>Uwagi</w:t>
            </w:r>
          </w:p>
        </w:tc>
      </w:tr>
      <w:tr w:rsidR="00D034D6" w14:paraId="2A389130" w14:textId="77777777">
        <w:trPr>
          <w:gridAfter w:val="1"/>
          <w:wAfter w:w="48" w:type="dxa"/>
          <w:cantSplit/>
          <w:tblHeader/>
          <w:jc w:val="center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8960" w14:textId="77777777" w:rsidR="00D034D6" w:rsidRDefault="00D034D6"/>
        </w:tc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FA25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4836" w14:textId="77777777" w:rsidR="00D034D6" w:rsidRDefault="004C6DAD">
            <w:pPr>
              <w:spacing w:before="20" w:after="20"/>
              <w:jc w:val="center"/>
            </w:pPr>
            <w:r>
              <w:rPr>
                <w:sz w:val="16"/>
              </w:rPr>
              <w:t>od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B399A" w14:textId="77777777" w:rsidR="00D034D6" w:rsidRDefault="004C6DAD">
            <w:pPr>
              <w:spacing w:before="20" w:after="20"/>
              <w:jc w:val="center"/>
            </w:pPr>
            <w:r>
              <w:rPr>
                <w:sz w:val="16"/>
              </w:rPr>
              <w:t>do</w:t>
            </w:r>
          </w:p>
        </w:tc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D97B2" w14:textId="77777777" w:rsidR="00D034D6" w:rsidRDefault="00D034D6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5DD5" w14:textId="77777777" w:rsidR="00D034D6" w:rsidRDefault="00D034D6"/>
        </w:tc>
        <w:tc>
          <w:tcPr>
            <w:tcW w:w="20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89E0" w14:textId="77777777" w:rsidR="00D034D6" w:rsidRDefault="00D034D6"/>
        </w:tc>
        <w:tc>
          <w:tcPr>
            <w:tcW w:w="3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1385" w14:textId="77777777" w:rsidR="00D034D6" w:rsidRDefault="00D034D6"/>
        </w:tc>
      </w:tr>
      <w:tr w:rsidR="00D034D6" w14:paraId="39141D0C" w14:textId="77777777">
        <w:trPr>
          <w:gridAfter w:val="1"/>
          <w:wAfter w:w="48" w:type="dxa"/>
          <w:trHeight w:val="34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696EF" w14:textId="77777777" w:rsidR="00D034D6" w:rsidRDefault="00D034D6"/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92703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A9647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3E2C1" w14:textId="77777777" w:rsidR="00D034D6" w:rsidRDefault="00D034D6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EF276" w14:textId="77777777" w:rsidR="00D034D6" w:rsidRDefault="00D034D6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8655E" w14:textId="77777777" w:rsidR="00D034D6" w:rsidRDefault="00D034D6"/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5B273" w14:textId="77777777" w:rsidR="00D034D6" w:rsidRDefault="00D034D6"/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B9D72" w14:textId="77777777" w:rsidR="00D034D6" w:rsidRDefault="00D034D6"/>
        </w:tc>
      </w:tr>
      <w:tr w:rsidR="00D034D6" w14:paraId="5325CB92" w14:textId="77777777">
        <w:trPr>
          <w:gridAfter w:val="1"/>
          <w:wAfter w:w="48" w:type="dxa"/>
          <w:trHeight w:val="34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B1EDD" w14:textId="77777777" w:rsidR="00D034D6" w:rsidRDefault="00D034D6"/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BE564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C16C1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1B365" w14:textId="77777777" w:rsidR="00D034D6" w:rsidRDefault="00D034D6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BF5E4" w14:textId="77777777" w:rsidR="00D034D6" w:rsidRDefault="00D034D6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5219D" w14:textId="77777777" w:rsidR="00D034D6" w:rsidRDefault="00D034D6"/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7728E" w14:textId="77777777" w:rsidR="00D034D6" w:rsidRDefault="00D034D6"/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2885A" w14:textId="77777777" w:rsidR="00D034D6" w:rsidRDefault="00D034D6"/>
        </w:tc>
      </w:tr>
      <w:tr w:rsidR="00D034D6" w14:paraId="22CA7073" w14:textId="77777777">
        <w:trPr>
          <w:gridAfter w:val="1"/>
          <w:wAfter w:w="48" w:type="dxa"/>
          <w:trHeight w:val="34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F88F0" w14:textId="77777777" w:rsidR="00D034D6" w:rsidRDefault="00D034D6"/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5446A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E7FA2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33DA0" w14:textId="77777777" w:rsidR="00D034D6" w:rsidRDefault="00D034D6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FD972" w14:textId="77777777" w:rsidR="00D034D6" w:rsidRDefault="00D034D6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DEB4" w14:textId="77777777" w:rsidR="00D034D6" w:rsidRDefault="00D034D6"/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D75A3" w14:textId="77777777" w:rsidR="00D034D6" w:rsidRDefault="00D034D6"/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A450" w14:textId="77777777" w:rsidR="00D034D6" w:rsidRDefault="00D034D6"/>
        </w:tc>
      </w:tr>
      <w:tr w:rsidR="00D034D6" w14:paraId="5A6A348A" w14:textId="77777777">
        <w:trPr>
          <w:gridAfter w:val="1"/>
          <w:wAfter w:w="48" w:type="dxa"/>
          <w:trHeight w:val="34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8A805" w14:textId="77777777" w:rsidR="00D034D6" w:rsidRDefault="00D034D6"/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2A328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9F91F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6C798" w14:textId="77777777" w:rsidR="00D034D6" w:rsidRDefault="00D034D6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3E7EF" w14:textId="77777777" w:rsidR="00D034D6" w:rsidRDefault="00D034D6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5B43C" w14:textId="77777777" w:rsidR="00D034D6" w:rsidRDefault="00D034D6"/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037BD" w14:textId="77777777" w:rsidR="00D034D6" w:rsidRDefault="00D034D6"/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7349D" w14:textId="77777777" w:rsidR="00D034D6" w:rsidRDefault="00D034D6"/>
        </w:tc>
      </w:tr>
      <w:tr w:rsidR="00D034D6" w14:paraId="615AD67C" w14:textId="77777777">
        <w:trPr>
          <w:gridAfter w:val="1"/>
          <w:wAfter w:w="48" w:type="dxa"/>
          <w:trHeight w:val="34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E733E" w14:textId="77777777" w:rsidR="00D034D6" w:rsidRDefault="00D034D6"/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7D496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347C6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54322" w14:textId="77777777" w:rsidR="00D034D6" w:rsidRDefault="00D034D6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D3EC7" w14:textId="77777777" w:rsidR="00D034D6" w:rsidRDefault="00D034D6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E2073" w14:textId="77777777" w:rsidR="00D034D6" w:rsidRDefault="00D034D6"/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FB28B" w14:textId="77777777" w:rsidR="00D034D6" w:rsidRDefault="00D034D6"/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1655F" w14:textId="77777777" w:rsidR="00D034D6" w:rsidRDefault="00D034D6"/>
        </w:tc>
      </w:tr>
      <w:tr w:rsidR="00D034D6" w14:paraId="02B133D0" w14:textId="77777777">
        <w:trPr>
          <w:gridAfter w:val="1"/>
          <w:wAfter w:w="48" w:type="dxa"/>
          <w:trHeight w:val="34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33F3E" w14:textId="77777777" w:rsidR="00D034D6" w:rsidRDefault="00D034D6"/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E1274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6B964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31595" w14:textId="77777777" w:rsidR="00D034D6" w:rsidRDefault="00D034D6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FD052" w14:textId="77777777" w:rsidR="00D034D6" w:rsidRDefault="00D034D6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78F70" w14:textId="77777777" w:rsidR="00D034D6" w:rsidRDefault="00D034D6"/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697A0" w14:textId="77777777" w:rsidR="00D034D6" w:rsidRDefault="00D034D6"/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3AA17" w14:textId="77777777" w:rsidR="00D034D6" w:rsidRDefault="00D034D6"/>
        </w:tc>
      </w:tr>
      <w:tr w:rsidR="00D034D6" w14:paraId="04FE0E9D" w14:textId="77777777">
        <w:trPr>
          <w:gridAfter w:val="1"/>
          <w:wAfter w:w="48" w:type="dxa"/>
          <w:trHeight w:val="34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D64FD" w14:textId="77777777" w:rsidR="00D034D6" w:rsidRDefault="00D034D6"/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8211D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B5943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C1F68" w14:textId="77777777" w:rsidR="00D034D6" w:rsidRDefault="00D034D6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D97DE" w14:textId="77777777" w:rsidR="00D034D6" w:rsidRDefault="00D034D6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81D9A" w14:textId="77777777" w:rsidR="00D034D6" w:rsidRDefault="00D034D6"/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483D2" w14:textId="77777777" w:rsidR="00D034D6" w:rsidRDefault="00D034D6"/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1F843" w14:textId="77777777" w:rsidR="00D034D6" w:rsidRDefault="00D034D6"/>
        </w:tc>
      </w:tr>
      <w:tr w:rsidR="00D034D6" w14:paraId="3D2CD8A0" w14:textId="77777777">
        <w:trPr>
          <w:gridAfter w:val="1"/>
          <w:wAfter w:w="48" w:type="dxa"/>
          <w:trHeight w:val="34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362A5" w14:textId="77777777" w:rsidR="00D034D6" w:rsidRDefault="00D034D6"/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C23F7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9444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0F73B" w14:textId="77777777" w:rsidR="00D034D6" w:rsidRDefault="00D034D6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95618" w14:textId="77777777" w:rsidR="00D034D6" w:rsidRDefault="00D034D6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8B162" w14:textId="77777777" w:rsidR="00D034D6" w:rsidRDefault="00D034D6"/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9CE34" w14:textId="77777777" w:rsidR="00D034D6" w:rsidRDefault="00D034D6"/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84CF3" w14:textId="77777777" w:rsidR="00D034D6" w:rsidRDefault="00D034D6"/>
        </w:tc>
      </w:tr>
      <w:tr w:rsidR="00D034D6" w14:paraId="1468C425" w14:textId="77777777">
        <w:trPr>
          <w:gridAfter w:val="1"/>
          <w:wAfter w:w="48" w:type="dxa"/>
          <w:trHeight w:val="34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F3D80" w14:textId="77777777" w:rsidR="00D034D6" w:rsidRDefault="00D034D6"/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74D5D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FB7FB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21829" w14:textId="77777777" w:rsidR="00D034D6" w:rsidRDefault="00D034D6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5C007" w14:textId="77777777" w:rsidR="00D034D6" w:rsidRDefault="00D034D6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48C01" w14:textId="77777777" w:rsidR="00D034D6" w:rsidRDefault="00D034D6"/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FCCC" w14:textId="77777777" w:rsidR="00D034D6" w:rsidRDefault="00D034D6"/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DF04F" w14:textId="77777777" w:rsidR="00D034D6" w:rsidRDefault="00D034D6"/>
        </w:tc>
      </w:tr>
      <w:tr w:rsidR="00D034D6" w14:paraId="1F788F59" w14:textId="77777777">
        <w:trPr>
          <w:gridAfter w:val="1"/>
          <w:wAfter w:w="48" w:type="dxa"/>
          <w:trHeight w:val="34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970D3" w14:textId="77777777" w:rsidR="00D034D6" w:rsidRDefault="00D034D6"/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A0DAB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B29BE" w14:textId="77777777" w:rsidR="00D034D6" w:rsidRDefault="00D034D6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D48F3" w14:textId="77777777" w:rsidR="00D034D6" w:rsidRDefault="00D034D6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44D79" w14:textId="77777777" w:rsidR="00D034D6" w:rsidRDefault="00D034D6"/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CE177" w14:textId="77777777" w:rsidR="00D034D6" w:rsidRDefault="00D034D6"/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26925" w14:textId="77777777" w:rsidR="00D034D6" w:rsidRDefault="00D034D6"/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8A542" w14:textId="77777777" w:rsidR="00D034D6" w:rsidRDefault="00D034D6"/>
        </w:tc>
      </w:tr>
      <w:tr w:rsidR="00D034D6" w14:paraId="352B5899" w14:textId="77777777">
        <w:tblPrEx>
          <w:jc w:val="left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CellMar>
            <w:left w:w="0" w:type="dxa"/>
            <w:right w:w="0" w:type="dxa"/>
          </w:tblCellMar>
        </w:tblPrEx>
        <w:tc>
          <w:tcPr>
            <w:tcW w:w="10034" w:type="dxa"/>
            <w:gridSpan w:val="7"/>
            <w:vAlign w:val="bottom"/>
          </w:tcPr>
          <w:p w14:paraId="6F200FE9" w14:textId="77777777" w:rsidR="00D034D6" w:rsidRDefault="00D034D6">
            <w:pPr>
              <w:keepNext/>
              <w:spacing w:before="280"/>
            </w:pPr>
          </w:p>
        </w:tc>
        <w:tc>
          <w:tcPr>
            <w:tcW w:w="4535" w:type="dxa"/>
            <w:gridSpan w:val="3"/>
            <w:vAlign w:val="bottom"/>
          </w:tcPr>
          <w:p w14:paraId="3C0F61E5" w14:textId="77777777" w:rsidR="00D034D6" w:rsidRDefault="004C6DAD">
            <w:pPr>
              <w:keepNext/>
              <w:spacing w:before="280"/>
            </w:pPr>
            <w:r>
              <w:t>......................................................................................</w:t>
            </w:r>
          </w:p>
        </w:tc>
      </w:tr>
      <w:tr w:rsidR="00D034D6" w14:paraId="407BF9FD" w14:textId="77777777">
        <w:tblPrEx>
          <w:jc w:val="left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CellMar>
            <w:left w:w="0" w:type="dxa"/>
            <w:right w:w="0" w:type="dxa"/>
          </w:tblCellMar>
        </w:tblPrEx>
        <w:tc>
          <w:tcPr>
            <w:tcW w:w="10034" w:type="dxa"/>
            <w:gridSpan w:val="7"/>
          </w:tcPr>
          <w:p w14:paraId="5AF2A738" w14:textId="77777777" w:rsidR="00D034D6" w:rsidRDefault="00D034D6">
            <w:pPr>
              <w:jc w:val="center"/>
            </w:pPr>
          </w:p>
        </w:tc>
        <w:tc>
          <w:tcPr>
            <w:tcW w:w="4535" w:type="dxa"/>
            <w:gridSpan w:val="3"/>
          </w:tcPr>
          <w:p w14:paraId="2A05EDAE" w14:textId="77777777" w:rsidR="00D034D6" w:rsidRDefault="004C6DAD">
            <w:pPr>
              <w:jc w:val="center"/>
            </w:pPr>
            <w:r>
              <w:rPr>
                <w:sz w:val="14"/>
              </w:rPr>
              <w:t>(podpis przekazującego)</w:t>
            </w:r>
          </w:p>
        </w:tc>
      </w:tr>
    </w:tbl>
    <w:p w14:paraId="6F322737" w14:textId="77777777" w:rsidR="00D034D6" w:rsidRDefault="004C6DAD">
      <w:pPr>
        <w:keepNext/>
        <w:spacing w:before="80"/>
      </w:pPr>
      <w:r>
        <w:t>Uwagi państwowej służby geologicznej:</w:t>
      </w:r>
    </w:p>
    <w:sdt>
      <w:sdtPr>
        <w:rPr>
          <w:szCs w:val="20"/>
        </w:rPr>
        <w:alias w:val="Uwagi państwowej służby geologicznej"/>
        <w:tag w:val="Uwagi państwowej służby geologicznej"/>
        <w:id w:val="611004760"/>
        <w:showingPlcHdr/>
      </w:sdtPr>
      <w:sdtEndPr/>
      <w:sdtContent>
        <w:p w14:paraId="72174DAE" w14:textId="77777777" w:rsidR="00D034D6" w:rsidRDefault="004C6DAD">
          <w:pPr>
            <w:spacing w:before="40"/>
          </w:pPr>
          <w:r>
            <w:rPr>
              <w:szCs w:val="20"/>
            </w:rPr>
            <w:t>........................................................................................................</w:t>
          </w:r>
          <w:r>
            <w:rPr>
              <w:szCs w:val="20"/>
            </w:rPr>
            <w:t>.............................................................................................................................................................................</w:t>
          </w:r>
        </w:p>
        <w:p w14:paraId="030C1136" w14:textId="77777777" w:rsidR="00D034D6" w:rsidRDefault="004C6DAD">
          <w:pPr>
            <w:spacing w:before="40"/>
          </w:pPr>
          <w:r>
            <w:rPr>
              <w:szCs w:val="20"/>
            </w:rPr>
            <w:t>..................................................................................</w:t>
          </w:r>
          <w:r>
            <w:rPr>
              <w:szCs w:val="20"/>
            </w:rPr>
            <w:t>...................................................................................................................................................................................................</w:t>
          </w:r>
        </w:p>
        <w:p w14:paraId="00FD07FB" w14:textId="77777777" w:rsidR="00D034D6" w:rsidRDefault="004C6DAD">
          <w:pPr>
            <w:spacing w:before="40"/>
          </w:pPr>
          <w:r>
            <w:rPr>
              <w:szCs w:val="20"/>
            </w:rPr>
            <w:t>............................................................</w:t>
          </w:r>
          <w:r>
            <w:rPr>
              <w:szCs w:val="20"/>
            </w:rPr>
            <w:t>.........................................................................................................................................................................................................................</w:t>
          </w:r>
        </w:p>
        <w:p w14:paraId="0627E6FB" w14:textId="77777777" w:rsidR="00D034D6" w:rsidRDefault="004C6DAD">
          <w:pPr>
            <w:spacing w:before="40"/>
          </w:pPr>
          <w:r>
            <w:rPr>
              <w:szCs w:val="20"/>
            </w:rPr>
            <w:t>......................................</w:t>
          </w:r>
          <w:r>
            <w:rPr>
              <w:szCs w:val="20"/>
            </w:rPr>
            <w:t>...............................................................................................................................................................................................................................................</w:t>
          </w:r>
        </w:p>
      </w:sdtContent>
    </w:sdt>
    <w:tbl>
      <w:tblPr>
        <w:tblW w:w="14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0"/>
      </w:tblGrid>
      <w:tr w:rsidR="00D034D6" w14:paraId="575D7DDD" w14:textId="77777777">
        <w:tc>
          <w:tcPr>
            <w:tcW w:w="14570" w:type="dxa"/>
            <w:vAlign w:val="bottom"/>
          </w:tcPr>
          <w:p w14:paraId="43D4D789" w14:textId="77777777" w:rsidR="00D034D6" w:rsidRDefault="004C6DAD">
            <w:pPr>
              <w:keepNext/>
              <w:spacing w:before="280"/>
            </w:pPr>
            <w:r>
  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t>........................</w:t>
            </w:r>
          </w:p>
        </w:tc>
      </w:tr>
      <w:tr w:rsidR="00D034D6" w14:paraId="2EBAB4FF" w14:textId="77777777">
        <w:tc>
          <w:tcPr>
            <w:tcW w:w="14570" w:type="dxa"/>
          </w:tcPr>
          <w:p w14:paraId="38B26432" w14:textId="77777777" w:rsidR="00D034D6" w:rsidRDefault="004C6DAD">
            <w:pPr>
              <w:jc w:val="center"/>
            </w:pPr>
            <w:r>
              <w:rPr>
                <w:sz w:val="14"/>
              </w:rPr>
              <w:t>(podpisy osób uczestniczących w sprawdzeniu stanu oraz prawidłowości uporządkowania dokumentów lub informatycznych nośników danych)</w:t>
            </w:r>
          </w:p>
        </w:tc>
      </w:tr>
    </w:tbl>
    <w:p w14:paraId="4BBE6484" w14:textId="77777777" w:rsidR="00D034D6" w:rsidRDefault="004C6DAD">
      <w:pPr>
        <w:keepNext/>
        <w:spacing w:before="200"/>
      </w:pPr>
      <w:sdt>
        <w:sdtPr>
          <w:rPr>
            <w:b/>
            <w:szCs w:val="20"/>
          </w:rPr>
          <w:alias w:val="Potwierdzenie przyjęcia"/>
          <w:tag w:val="Potwierdzenie przyjęcia"/>
          <w:id w:val="121955187"/>
          <w:showingPlcHdr/>
          <w:dropDownList>
            <w:listItem w:displayText="Potwierdzam przyjęcie / odmawiam przyjęcia" w:value="Potwierdzam przyjęcie / odmawiam przyjęcia"/>
            <w:listItem w:displayText="Potwierdzam przyjęcie" w:value="Potwierdzam przyjęcie"/>
            <w:listItem w:displayText="Odmawiam przyjęcia" w:value="Odmawiam przyjęcia"/>
          </w:dropDownList>
        </w:sdtPr>
        <w:sdtEndPr/>
        <w:sdtContent>
          <w:r>
            <w:rPr>
              <w:b/>
              <w:szCs w:val="20"/>
            </w:rPr>
            <w:t>Potwierdzam przyjęcie / odmawiam przyjęcia</w:t>
          </w:r>
        </w:sdtContent>
      </w:sdt>
      <w:r>
        <w:rPr>
          <w:b/>
          <w:vertAlign w:val="superscript"/>
        </w:rPr>
        <w:t>2)</w:t>
      </w:r>
      <w:r>
        <w:rPr>
          <w:b/>
        </w:rPr>
        <w:t xml:space="preserve"> do archiwum dokumentów lub informatycznych nośnikó</w:t>
      </w:r>
      <w:r>
        <w:rPr>
          <w:b/>
        </w:rPr>
        <w:t>w danych zawierających dane geologiczne, o których mowa w § 1 pkt 2.</w:t>
      </w:r>
    </w:p>
    <w:tbl>
      <w:tblPr>
        <w:tblW w:w="14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53"/>
        <w:gridCol w:w="2268"/>
        <w:gridCol w:w="453"/>
        <w:gridCol w:w="5386"/>
        <w:gridCol w:w="3175"/>
      </w:tblGrid>
      <w:tr w:rsidR="00D034D6" w14:paraId="2CC2D0FF" w14:textId="77777777">
        <w:tc>
          <w:tcPr>
            <w:tcW w:w="2834" w:type="dxa"/>
            <w:vAlign w:val="bottom"/>
          </w:tcPr>
          <w:p w14:paraId="6222F989" w14:textId="77777777" w:rsidR="00D034D6" w:rsidRDefault="004C6DAD">
            <w:pPr>
              <w:keepNext/>
              <w:spacing w:before="320"/>
            </w:pPr>
            <w:sdt>
              <w:sdtPr>
                <w:rPr>
                  <w:szCs w:val="20"/>
                </w:rPr>
                <w:alias w:val="Miejscowość"/>
                <w:tag w:val="Miejscowość"/>
                <w:id w:val="608886931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.....................................................</w:t>
                </w:r>
              </w:sdtContent>
            </w:sdt>
          </w:p>
        </w:tc>
        <w:tc>
          <w:tcPr>
            <w:tcW w:w="453" w:type="dxa"/>
            <w:vAlign w:val="bottom"/>
          </w:tcPr>
          <w:p w14:paraId="72CBF7F3" w14:textId="77777777" w:rsidR="00D034D6" w:rsidRDefault="00D034D6">
            <w:pPr>
              <w:keepNext/>
              <w:spacing w:before="320"/>
            </w:pPr>
          </w:p>
        </w:tc>
        <w:tc>
          <w:tcPr>
            <w:tcW w:w="2267" w:type="dxa"/>
            <w:vAlign w:val="bottom"/>
          </w:tcPr>
          <w:p w14:paraId="15F416CC" w14:textId="77777777" w:rsidR="00D034D6" w:rsidRDefault="004C6DAD">
            <w:pPr>
              <w:keepNext/>
              <w:spacing w:before="320"/>
            </w:pPr>
            <w:sdt>
              <w:sdtPr>
                <w:rPr>
                  <w:szCs w:val="20"/>
                </w:rPr>
                <w:alias w:val="Data"/>
                <w:tag w:val="Data"/>
                <w:id w:val="1799771630"/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szCs w:val="20"/>
                  </w:rPr>
                  <w:t>..........................................</w:t>
                </w:r>
              </w:sdtContent>
            </w:sdt>
          </w:p>
        </w:tc>
        <w:tc>
          <w:tcPr>
            <w:tcW w:w="453" w:type="dxa"/>
            <w:vAlign w:val="bottom"/>
          </w:tcPr>
          <w:p w14:paraId="501B4AC7" w14:textId="77777777" w:rsidR="00D034D6" w:rsidRDefault="00D034D6">
            <w:pPr>
              <w:keepNext/>
              <w:spacing w:before="320"/>
            </w:pPr>
          </w:p>
        </w:tc>
        <w:tc>
          <w:tcPr>
            <w:tcW w:w="5385" w:type="dxa"/>
            <w:vAlign w:val="bottom"/>
          </w:tcPr>
          <w:p w14:paraId="421096C0" w14:textId="77777777" w:rsidR="00D034D6" w:rsidRDefault="004C6DAD">
            <w:pPr>
              <w:keepNext/>
              <w:spacing w:before="320"/>
            </w:pPr>
            <w:r>
              <w:t>....................................................................................</w:t>
            </w:r>
            <w:r>
              <w:t>..................</w:t>
            </w:r>
          </w:p>
        </w:tc>
        <w:tc>
          <w:tcPr>
            <w:tcW w:w="3174" w:type="dxa"/>
            <w:vAlign w:val="bottom"/>
          </w:tcPr>
          <w:p w14:paraId="11741127" w14:textId="77777777" w:rsidR="00D034D6" w:rsidRDefault="00D034D6">
            <w:pPr>
              <w:keepNext/>
              <w:spacing w:before="320"/>
            </w:pPr>
          </w:p>
        </w:tc>
      </w:tr>
      <w:tr w:rsidR="00D034D6" w14:paraId="274AC5F4" w14:textId="77777777">
        <w:tc>
          <w:tcPr>
            <w:tcW w:w="2834" w:type="dxa"/>
          </w:tcPr>
          <w:p w14:paraId="48D89995" w14:textId="77777777" w:rsidR="00D034D6" w:rsidRDefault="004C6DAD">
            <w:pPr>
              <w:jc w:val="center"/>
            </w:pPr>
            <w:r>
              <w:rPr>
                <w:sz w:val="14"/>
              </w:rPr>
              <w:t>(miejscowość)</w:t>
            </w:r>
          </w:p>
        </w:tc>
        <w:tc>
          <w:tcPr>
            <w:tcW w:w="453" w:type="dxa"/>
          </w:tcPr>
          <w:p w14:paraId="3888C5E4" w14:textId="77777777" w:rsidR="00D034D6" w:rsidRDefault="00D034D6">
            <w:pPr>
              <w:jc w:val="center"/>
            </w:pPr>
          </w:p>
        </w:tc>
        <w:tc>
          <w:tcPr>
            <w:tcW w:w="2267" w:type="dxa"/>
          </w:tcPr>
          <w:p w14:paraId="721C90B8" w14:textId="77777777" w:rsidR="00D034D6" w:rsidRDefault="004C6DAD">
            <w:pPr>
              <w:jc w:val="center"/>
            </w:pPr>
            <w:r>
              <w:rPr>
                <w:sz w:val="14"/>
              </w:rPr>
              <w:t>(data)</w:t>
            </w:r>
          </w:p>
        </w:tc>
        <w:tc>
          <w:tcPr>
            <w:tcW w:w="453" w:type="dxa"/>
          </w:tcPr>
          <w:p w14:paraId="4CE8DB54" w14:textId="77777777" w:rsidR="00D034D6" w:rsidRDefault="00D034D6">
            <w:pPr>
              <w:jc w:val="center"/>
            </w:pPr>
          </w:p>
        </w:tc>
        <w:tc>
          <w:tcPr>
            <w:tcW w:w="5385" w:type="dxa"/>
          </w:tcPr>
          <w:p w14:paraId="1C33025B" w14:textId="77777777" w:rsidR="00D034D6" w:rsidRDefault="004C6DAD">
            <w:pPr>
              <w:jc w:val="center"/>
            </w:pPr>
            <w:r>
              <w:rPr>
                <w:sz w:val="14"/>
              </w:rPr>
              <w:t>(podpis przedstawiciela państwowej służby geologicznej)</w:t>
            </w:r>
          </w:p>
        </w:tc>
        <w:tc>
          <w:tcPr>
            <w:tcW w:w="3174" w:type="dxa"/>
          </w:tcPr>
          <w:p w14:paraId="6BEE128E" w14:textId="77777777" w:rsidR="00D034D6" w:rsidRDefault="00D034D6">
            <w:pPr>
              <w:jc w:val="center"/>
            </w:pPr>
          </w:p>
        </w:tc>
      </w:tr>
    </w:tbl>
    <w:p w14:paraId="7A98D88F" w14:textId="77777777" w:rsidR="00D034D6" w:rsidRDefault="004C6DAD">
      <w:pPr>
        <w:keepNext/>
        <w:spacing w:before="200"/>
      </w:pPr>
      <w:r>
        <w:rPr>
          <w:spacing w:val="30"/>
          <w:sz w:val="16"/>
        </w:rPr>
        <w:t>Objaśnienie:</w:t>
      </w:r>
    </w:p>
    <w:p w14:paraId="54B8EB9F" w14:textId="77777777" w:rsidR="00D034D6" w:rsidRDefault="004C6DAD">
      <w:pPr>
        <w:keepNext/>
      </w:pPr>
      <w:r>
        <w:rPr>
          <w:sz w:val="16"/>
          <w:vertAlign w:val="superscript"/>
        </w:rPr>
        <w:t>1)</w:t>
      </w:r>
      <w:r>
        <w:rPr>
          <w:sz w:val="16"/>
        </w:rPr>
        <w:t xml:space="preserve"> Centralne archiwum geologiczne, o którym mowa w art. 162 ust. 1 pkt 2 ustawy z dnia 9 czerwca 2011 r. – Prawo geologiczne i górnicze (Dz. U. z 2026 r. poz. 69).</w:t>
      </w:r>
    </w:p>
    <w:p w14:paraId="55340E66" w14:textId="77777777" w:rsidR="00D034D6" w:rsidRDefault="004C6DAD">
      <w:r>
        <w:rPr>
          <w:sz w:val="16"/>
          <w:vertAlign w:val="superscript"/>
        </w:rPr>
        <w:t>2)</w:t>
      </w:r>
      <w:r>
        <w:rPr>
          <w:sz w:val="16"/>
        </w:rPr>
        <w:t xml:space="preserve"> Niepotrzebne skreślić.</w:t>
      </w:r>
    </w:p>
    <w:sectPr w:rsidR="00D034D6" w:rsidSect="00034616">
      <w:pgSz w:w="16838" w:h="11906" w:orient="landscape"/>
      <w:pgMar w:top="850" w:right="1134" w:bottom="85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34D6"/>
    <w:rsid w:val="004C6DAD"/>
    <w:rsid w:val="00D0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801129"/>
  <w14:defaultImageDpi w14:val="300"/>
  <w15:docId w15:val="{1659F5F8-78FA-4275-AF00-9C95BF34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904</Words>
  <Characters>5425</Characters>
  <Application>Microsoft Office Word</Application>
  <DocSecurity>0</DocSecurity>
  <Lines>45</Lines>
  <Paragraphs>12</Paragraphs>
  <ScaleCrop>false</ScaleCrop>
  <Company>PIG-PIB</Company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Spis zdawczo-odbiorczy dokumentów lub informatycznych nośników danych</dc:title>
  <dc:subject/>
  <dc:creator/>
  <cp:keywords/>
  <dc:description/>
  <cp:lastModifiedBy>Mytych Tomasz</cp:lastModifiedBy>
  <cp:revision>2</cp:revision>
  <dcterms:created xsi:type="dcterms:W3CDTF">2026-10-14T10:00:00Z</dcterms:created>
  <dcterms:modified xsi:type="dcterms:W3CDTF">2026-10-18T15:50:00Z</dcterms:modified>
  <cp:category/>
</cp:coreProperties>
</file>